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89010" w14:textId="77777777" w:rsidR="005228AE" w:rsidRDefault="00000000" w:rsidP="005228AE">
      <w:pPr>
        <w:pStyle w:val="Heading1"/>
        <w:rPr>
          <w:rFonts w:ascii="Verdana" w:hAnsi="Verdana"/>
          <w:color w:val="auto"/>
          <w:sz w:val="24"/>
          <w:szCs w:val="24"/>
        </w:rPr>
      </w:pPr>
      <w:r w:rsidRPr="009A0CC8">
        <w:rPr>
          <w:rFonts w:ascii="Verdana" w:hAnsi="Verdana"/>
          <w:color w:val="auto"/>
          <w:sz w:val="24"/>
          <w:szCs w:val="24"/>
        </w:rPr>
        <w:t>Laws for a New World — Creating the Modern Ten Commandments</w:t>
      </w:r>
      <w:r w:rsidR="005228AE">
        <w:rPr>
          <w:rFonts w:ascii="Verdana" w:hAnsi="Verdana"/>
          <w:color w:val="auto"/>
          <w:sz w:val="24"/>
          <w:szCs w:val="24"/>
        </w:rPr>
        <w:t xml:space="preserve"> </w:t>
      </w:r>
    </w:p>
    <w:p w14:paraId="43419BBD" w14:textId="227EA40F" w:rsidR="005228AE" w:rsidRDefault="005228AE" w:rsidP="005228AE">
      <w:pPr>
        <w:pStyle w:val="Heading1"/>
        <w:rPr>
          <w:rFonts w:ascii="Verdana" w:hAnsi="Verdana"/>
          <w:color w:val="auto"/>
          <w:sz w:val="24"/>
          <w:szCs w:val="24"/>
        </w:rPr>
      </w:pPr>
      <w:r>
        <w:rPr>
          <w:rFonts w:ascii="Verdana" w:hAnsi="Verdana"/>
          <w:color w:val="auto"/>
          <w:sz w:val="24"/>
          <w:szCs w:val="24"/>
        </w:rPr>
        <w:t>Due December 9</w:t>
      </w:r>
    </w:p>
    <w:p w14:paraId="53E4EC9E" w14:textId="77777777" w:rsidR="005228AE" w:rsidRPr="005228AE" w:rsidRDefault="005228AE" w:rsidP="005228AE"/>
    <w:p w14:paraId="7A2FC41D" w14:textId="7DFA1C34" w:rsidR="0066291B" w:rsidRPr="009A0CC8" w:rsidRDefault="00000000">
      <w:pPr>
        <w:rPr>
          <w:rFonts w:ascii="Verdana" w:hAnsi="Verdana"/>
          <w:sz w:val="24"/>
          <w:szCs w:val="24"/>
        </w:rPr>
      </w:pPr>
      <w:r w:rsidRPr="009A0CC8">
        <w:rPr>
          <w:rFonts w:ascii="Verdana" w:hAnsi="Verdana"/>
          <w:sz w:val="24"/>
          <w:szCs w:val="24"/>
        </w:rPr>
        <w:t>Over 3,000 years ago, the Hebrews received the Ten Commandments — a set of moral laws meant to shape how people lived together and related to the divine. These commandments influenced Western ideas of justice, ethics, and responsibility. But every civilization faces its own moral challenges. What would a new set of laws look like for our modern (or future) world?</w:t>
      </w:r>
      <w:r w:rsidR="00814C48">
        <w:rPr>
          <w:rFonts w:ascii="Verdana" w:hAnsi="Verdana"/>
          <w:sz w:val="24"/>
          <w:szCs w:val="24"/>
        </w:rPr>
        <w:t xml:space="preserve">  It could be a colony on another planet, a new society after an apocalyptic event, or a world in a whole new universe.  Be creative.  </w:t>
      </w:r>
    </w:p>
    <w:p w14:paraId="15837357" w14:textId="1FE3FCF7" w:rsidR="0066291B" w:rsidRDefault="00000000">
      <w:pPr>
        <w:rPr>
          <w:rFonts w:ascii="Verdana" w:hAnsi="Verdana"/>
          <w:sz w:val="24"/>
          <w:szCs w:val="24"/>
        </w:rPr>
      </w:pPr>
      <w:r w:rsidRPr="009A0CC8">
        <w:rPr>
          <w:rFonts w:ascii="Verdana" w:hAnsi="Verdana"/>
          <w:sz w:val="24"/>
          <w:szCs w:val="24"/>
        </w:rPr>
        <w:t xml:space="preserve">In this project, you will become the “chosen people” receiving a new set of commandments from a higher </w:t>
      </w:r>
      <w:proofErr w:type="gramStart"/>
      <w:r w:rsidRPr="009A0CC8">
        <w:rPr>
          <w:rFonts w:ascii="Verdana" w:hAnsi="Verdana"/>
          <w:sz w:val="24"/>
          <w:szCs w:val="24"/>
        </w:rPr>
        <w:t>being</w:t>
      </w:r>
      <w:r w:rsidR="00814C48">
        <w:rPr>
          <w:rFonts w:ascii="Verdana" w:hAnsi="Verdana"/>
          <w:sz w:val="24"/>
          <w:szCs w:val="24"/>
        </w:rPr>
        <w:t>;</w:t>
      </w:r>
      <w:proofErr w:type="gramEnd"/>
      <w:r w:rsidRPr="009A0CC8">
        <w:rPr>
          <w:rFonts w:ascii="Verdana" w:hAnsi="Verdana"/>
          <w:sz w:val="24"/>
          <w:szCs w:val="24"/>
        </w:rPr>
        <w:t xml:space="preserve"> but this time, that </w:t>
      </w:r>
      <w:proofErr w:type="gramStart"/>
      <w:r w:rsidRPr="009A0CC8">
        <w:rPr>
          <w:rFonts w:ascii="Verdana" w:hAnsi="Verdana"/>
          <w:sz w:val="24"/>
          <w:szCs w:val="24"/>
        </w:rPr>
        <w:t>being might be</w:t>
      </w:r>
      <w:proofErr w:type="gramEnd"/>
      <w:r w:rsidRPr="009A0CC8">
        <w:rPr>
          <w:rFonts w:ascii="Verdana" w:hAnsi="Verdana"/>
          <w:sz w:val="24"/>
          <w:szCs w:val="24"/>
        </w:rPr>
        <w:t xml:space="preserve"> God, Mother Earth, an advanced AI, an alien civilization, or another force you invent. Your task: create and explain a new code of ten laws for humanity today</w:t>
      </w:r>
      <w:r w:rsidR="00814C48">
        <w:rPr>
          <w:rFonts w:ascii="Verdana" w:hAnsi="Verdana"/>
          <w:sz w:val="24"/>
          <w:szCs w:val="24"/>
        </w:rPr>
        <w:t xml:space="preserve"> (or in the future)</w:t>
      </w:r>
      <w:r w:rsidRPr="009A0CC8">
        <w:rPr>
          <w:rFonts w:ascii="Verdana" w:hAnsi="Verdana"/>
          <w:sz w:val="24"/>
          <w:szCs w:val="24"/>
        </w:rPr>
        <w:t>.</w:t>
      </w:r>
    </w:p>
    <w:p w14:paraId="436D0B6A" w14:textId="6C42A3E4" w:rsidR="005228AE" w:rsidRPr="005228AE" w:rsidRDefault="005228AE">
      <w:pPr>
        <w:rPr>
          <w:rFonts w:ascii="Verdana" w:hAnsi="Verdana"/>
          <w:sz w:val="24"/>
          <w:szCs w:val="24"/>
          <w:u w:val="single"/>
        </w:rPr>
      </w:pPr>
      <w:r w:rsidRPr="005228AE">
        <w:rPr>
          <w:rFonts w:ascii="Verdana" w:hAnsi="Verdana"/>
          <w:sz w:val="24"/>
          <w:szCs w:val="24"/>
          <w:u w:val="single"/>
        </w:rPr>
        <w:t xml:space="preserve">Your slides will include Part 1, which discusses the original ten Commandments; Part 2, which introduces your new commandments, and Part 3, which reflects what your laws reveal about your and society’s values.  Part 4 will be the “tablets” you design and present to the class as if they were the new society to whom you are giving the laws.  </w:t>
      </w:r>
    </w:p>
    <w:p w14:paraId="6EEC8C2C" w14:textId="77777777" w:rsidR="0066291B" w:rsidRPr="009A0CC8" w:rsidRDefault="00000000">
      <w:pPr>
        <w:pStyle w:val="Heading2"/>
        <w:rPr>
          <w:rFonts w:ascii="Verdana" w:hAnsi="Verdana"/>
          <w:color w:val="auto"/>
          <w:sz w:val="24"/>
          <w:szCs w:val="24"/>
        </w:rPr>
      </w:pPr>
      <w:r w:rsidRPr="009A0CC8">
        <w:rPr>
          <w:rFonts w:ascii="Verdana" w:hAnsi="Verdana"/>
          <w:color w:val="auto"/>
          <w:sz w:val="24"/>
          <w:szCs w:val="24"/>
        </w:rPr>
        <w:t>Part 1: Understanding the Past</w:t>
      </w:r>
    </w:p>
    <w:p w14:paraId="03CA5D56" w14:textId="77777777" w:rsidR="0066291B" w:rsidRPr="009A0CC8" w:rsidRDefault="00000000">
      <w:pPr>
        <w:rPr>
          <w:rFonts w:ascii="Verdana" w:hAnsi="Verdana"/>
          <w:sz w:val="24"/>
          <w:szCs w:val="24"/>
        </w:rPr>
      </w:pPr>
      <w:r w:rsidRPr="009A0CC8">
        <w:rPr>
          <w:rFonts w:ascii="Verdana" w:hAnsi="Verdana"/>
          <w:sz w:val="24"/>
          <w:szCs w:val="24"/>
        </w:rPr>
        <w:t>Before writing your own commandments, you’ll:</w:t>
      </w:r>
      <w:r w:rsidRPr="009A0CC8">
        <w:rPr>
          <w:rFonts w:ascii="Verdana" w:hAnsi="Verdana"/>
          <w:sz w:val="24"/>
          <w:szCs w:val="24"/>
        </w:rPr>
        <w:br/>
        <w:t>1. Read and discuss the original Ten Commandments.</w:t>
      </w:r>
      <w:r w:rsidRPr="009A0CC8">
        <w:rPr>
          <w:rFonts w:ascii="Verdana" w:hAnsi="Verdana"/>
          <w:sz w:val="24"/>
          <w:szCs w:val="24"/>
        </w:rPr>
        <w:br/>
        <w:t>2. Paraphrase each one in your own words.</w:t>
      </w:r>
      <w:r w:rsidRPr="009A0CC8">
        <w:rPr>
          <w:rFonts w:ascii="Verdana" w:hAnsi="Verdana"/>
          <w:sz w:val="24"/>
          <w:szCs w:val="24"/>
        </w:rPr>
        <w:br/>
        <w:t>3. Analyze:</w:t>
      </w:r>
      <w:r w:rsidRPr="009A0CC8">
        <w:rPr>
          <w:rFonts w:ascii="Verdana" w:hAnsi="Verdana"/>
          <w:sz w:val="24"/>
          <w:szCs w:val="24"/>
        </w:rPr>
        <w:br/>
        <w:t xml:space="preserve">   - Which ones still apply today?</w:t>
      </w:r>
      <w:r w:rsidRPr="009A0CC8">
        <w:rPr>
          <w:rFonts w:ascii="Verdana" w:hAnsi="Verdana"/>
          <w:sz w:val="24"/>
          <w:szCs w:val="24"/>
        </w:rPr>
        <w:br/>
        <w:t xml:space="preserve">   - Which feel less relevant?</w:t>
      </w:r>
      <w:r w:rsidRPr="009A0CC8">
        <w:rPr>
          <w:rFonts w:ascii="Verdana" w:hAnsi="Verdana"/>
          <w:sz w:val="24"/>
          <w:szCs w:val="24"/>
        </w:rPr>
        <w:br/>
        <w:t xml:space="preserve">   - What do they reveal about the values of ancient Hebrew society?</w:t>
      </w:r>
    </w:p>
    <w:p w14:paraId="056B6EB5" w14:textId="77777777" w:rsidR="0066291B" w:rsidRPr="009A0CC8" w:rsidRDefault="00000000">
      <w:pPr>
        <w:pStyle w:val="Heading2"/>
        <w:rPr>
          <w:rFonts w:ascii="Verdana" w:hAnsi="Verdana"/>
          <w:color w:val="auto"/>
          <w:sz w:val="24"/>
          <w:szCs w:val="24"/>
        </w:rPr>
      </w:pPr>
      <w:r w:rsidRPr="009A0CC8">
        <w:rPr>
          <w:rFonts w:ascii="Verdana" w:hAnsi="Verdana"/>
          <w:color w:val="auto"/>
          <w:sz w:val="24"/>
          <w:szCs w:val="24"/>
        </w:rPr>
        <w:lastRenderedPageBreak/>
        <w:t>Part 2: Writing the New Commandments</w:t>
      </w:r>
    </w:p>
    <w:p w14:paraId="0582CDA8" w14:textId="77777777" w:rsidR="0066291B" w:rsidRPr="009A0CC8" w:rsidRDefault="00000000">
      <w:pPr>
        <w:rPr>
          <w:rFonts w:ascii="Verdana" w:hAnsi="Verdana"/>
          <w:sz w:val="24"/>
          <w:szCs w:val="24"/>
        </w:rPr>
      </w:pPr>
      <w:r w:rsidRPr="009A0CC8">
        <w:rPr>
          <w:rFonts w:ascii="Verdana" w:hAnsi="Verdana"/>
          <w:sz w:val="24"/>
          <w:szCs w:val="24"/>
        </w:rPr>
        <w:t>Imagine that the world has changed — maybe after a great crisis, a new age of technology, or even the colonization of another planet. A higher power has chosen to give humanity a new moral code. Write Ten Commandments for the Modern World that reflect what people today need most to live well and peacefully.</w:t>
      </w:r>
    </w:p>
    <w:p w14:paraId="0618467B" w14:textId="77777777" w:rsidR="0066291B" w:rsidRPr="009A0CC8" w:rsidRDefault="00000000">
      <w:pPr>
        <w:pStyle w:val="Heading3"/>
        <w:rPr>
          <w:rFonts w:ascii="Verdana" w:hAnsi="Verdana"/>
          <w:color w:val="auto"/>
          <w:sz w:val="24"/>
          <w:szCs w:val="24"/>
        </w:rPr>
      </w:pPr>
      <w:r w:rsidRPr="009A0CC8">
        <w:rPr>
          <w:rFonts w:ascii="Verdana" w:hAnsi="Verdana"/>
          <w:color w:val="auto"/>
          <w:sz w:val="24"/>
          <w:szCs w:val="24"/>
        </w:rPr>
        <w:t>Guidelines</w:t>
      </w:r>
    </w:p>
    <w:p w14:paraId="6C5482BF" w14:textId="2EF91033" w:rsidR="0066291B" w:rsidRPr="009A0CC8" w:rsidRDefault="00000000">
      <w:pPr>
        <w:rPr>
          <w:rFonts w:ascii="Verdana" w:hAnsi="Verdana"/>
          <w:sz w:val="24"/>
          <w:szCs w:val="24"/>
        </w:rPr>
      </w:pPr>
      <w:r w:rsidRPr="009A0CC8">
        <w:rPr>
          <w:rFonts w:ascii="Verdana" w:hAnsi="Verdana"/>
          <w:sz w:val="24"/>
          <w:szCs w:val="24"/>
        </w:rPr>
        <w:t>- You must write 10 distinct laws.</w:t>
      </w:r>
      <w:r w:rsidRPr="009A0CC8">
        <w:rPr>
          <w:rFonts w:ascii="Verdana" w:hAnsi="Verdana"/>
          <w:sz w:val="24"/>
          <w:szCs w:val="24"/>
        </w:rPr>
        <w:br/>
        <w:t>- Each law should be short and powerful (1–2 sentences max).</w:t>
      </w:r>
      <w:r w:rsidRPr="009A0CC8">
        <w:rPr>
          <w:rFonts w:ascii="Verdana" w:hAnsi="Verdana"/>
          <w:sz w:val="24"/>
          <w:szCs w:val="24"/>
        </w:rPr>
        <w:br/>
        <w:t>- After each law, include a short explanation (3–5 sentences) about what it means and why it matters in today’s world.</w:t>
      </w:r>
      <w:r w:rsidRPr="009A0CC8">
        <w:rPr>
          <w:rFonts w:ascii="Verdana" w:hAnsi="Verdana"/>
          <w:sz w:val="24"/>
          <w:szCs w:val="24"/>
        </w:rPr>
        <w:br/>
        <w:t>- Identify who or what gave the commandments (God, AI, Gaia, The Universe, etc.) and describe that being’s purpose.</w:t>
      </w:r>
      <w:r w:rsidRPr="009A0CC8">
        <w:rPr>
          <w:rFonts w:ascii="Verdana" w:hAnsi="Verdana"/>
          <w:sz w:val="24"/>
          <w:szCs w:val="24"/>
        </w:rPr>
        <w:br/>
        <w:t>- Give your commandments a title (e.g., The Code of the New Dawn, The Ten Principles of Survival).</w:t>
      </w:r>
    </w:p>
    <w:p w14:paraId="58E53B36" w14:textId="192B29A9" w:rsidR="005228AE" w:rsidRPr="009A0CC8" w:rsidRDefault="005228AE" w:rsidP="005228AE">
      <w:pPr>
        <w:pStyle w:val="Heading2"/>
        <w:rPr>
          <w:rFonts w:ascii="Verdana" w:hAnsi="Verdana"/>
          <w:color w:val="auto"/>
          <w:sz w:val="24"/>
          <w:szCs w:val="24"/>
        </w:rPr>
      </w:pPr>
      <w:r w:rsidRPr="009A0CC8">
        <w:rPr>
          <w:rFonts w:ascii="Verdana" w:hAnsi="Verdana"/>
          <w:color w:val="auto"/>
          <w:sz w:val="24"/>
          <w:szCs w:val="24"/>
        </w:rPr>
        <w:t xml:space="preserve">Part </w:t>
      </w:r>
      <w:r>
        <w:rPr>
          <w:rFonts w:ascii="Verdana" w:hAnsi="Verdana"/>
          <w:color w:val="auto"/>
          <w:sz w:val="24"/>
          <w:szCs w:val="24"/>
        </w:rPr>
        <w:t>3</w:t>
      </w:r>
      <w:r w:rsidRPr="009A0CC8">
        <w:rPr>
          <w:rFonts w:ascii="Verdana" w:hAnsi="Verdana"/>
          <w:color w:val="auto"/>
          <w:sz w:val="24"/>
          <w:szCs w:val="24"/>
        </w:rPr>
        <w:t>: Reflection</w:t>
      </w:r>
    </w:p>
    <w:p w14:paraId="6D1D792E" w14:textId="77777777" w:rsidR="005228AE" w:rsidRPr="009A0CC8" w:rsidRDefault="005228AE" w:rsidP="005228AE">
      <w:pPr>
        <w:rPr>
          <w:rFonts w:ascii="Verdana" w:hAnsi="Verdana"/>
          <w:sz w:val="24"/>
          <w:szCs w:val="24"/>
        </w:rPr>
      </w:pPr>
      <w:r>
        <w:rPr>
          <w:rFonts w:ascii="Verdana" w:hAnsi="Verdana"/>
          <w:sz w:val="24"/>
          <w:szCs w:val="24"/>
        </w:rPr>
        <w:t>On your slides, explain</w:t>
      </w:r>
      <w:r w:rsidRPr="009A0CC8">
        <w:rPr>
          <w:rFonts w:ascii="Verdana" w:hAnsi="Verdana"/>
          <w:sz w:val="24"/>
          <w:szCs w:val="24"/>
        </w:rPr>
        <w:t>:</w:t>
      </w:r>
      <w:r w:rsidRPr="009A0CC8">
        <w:rPr>
          <w:rFonts w:ascii="Verdana" w:hAnsi="Verdana"/>
          <w:sz w:val="24"/>
          <w:szCs w:val="24"/>
        </w:rPr>
        <w:br/>
        <w:t>- Which of your commandments would be hardest for modern people to follow, and why?</w:t>
      </w:r>
      <w:r w:rsidRPr="009A0CC8">
        <w:rPr>
          <w:rFonts w:ascii="Verdana" w:hAnsi="Verdana"/>
          <w:sz w:val="24"/>
          <w:szCs w:val="24"/>
        </w:rPr>
        <w:br/>
        <w:t>- Which of the original Hebrew commandments still matter most to you?</w:t>
      </w:r>
      <w:r w:rsidRPr="009A0CC8">
        <w:rPr>
          <w:rFonts w:ascii="Verdana" w:hAnsi="Verdana"/>
          <w:sz w:val="24"/>
          <w:szCs w:val="24"/>
        </w:rPr>
        <w:br/>
        <w:t>- What do your</w:t>
      </w:r>
      <w:r>
        <w:rPr>
          <w:rFonts w:ascii="Verdana" w:hAnsi="Verdana"/>
          <w:sz w:val="24"/>
          <w:szCs w:val="24"/>
        </w:rPr>
        <w:t xml:space="preserve"> new</w:t>
      </w:r>
      <w:r w:rsidRPr="009A0CC8">
        <w:rPr>
          <w:rFonts w:ascii="Verdana" w:hAnsi="Verdana"/>
          <w:sz w:val="24"/>
          <w:szCs w:val="24"/>
        </w:rPr>
        <w:t xml:space="preserve"> laws reveal about the values of our world today?</w:t>
      </w:r>
    </w:p>
    <w:p w14:paraId="0128BDB8" w14:textId="5394C0FC" w:rsidR="0066291B" w:rsidRPr="009A0CC8" w:rsidRDefault="00000000">
      <w:pPr>
        <w:pStyle w:val="Heading2"/>
        <w:rPr>
          <w:rFonts w:ascii="Verdana" w:hAnsi="Verdana"/>
          <w:color w:val="auto"/>
          <w:sz w:val="24"/>
          <w:szCs w:val="24"/>
        </w:rPr>
      </w:pPr>
      <w:r w:rsidRPr="009A0CC8">
        <w:rPr>
          <w:rFonts w:ascii="Verdana" w:hAnsi="Verdana"/>
          <w:color w:val="auto"/>
          <w:sz w:val="24"/>
          <w:szCs w:val="24"/>
        </w:rPr>
        <w:t xml:space="preserve">Part </w:t>
      </w:r>
      <w:r w:rsidR="005228AE">
        <w:rPr>
          <w:rFonts w:ascii="Verdana" w:hAnsi="Verdana"/>
          <w:color w:val="auto"/>
          <w:sz w:val="24"/>
          <w:szCs w:val="24"/>
        </w:rPr>
        <w:t>4</w:t>
      </w:r>
      <w:r w:rsidRPr="009A0CC8">
        <w:rPr>
          <w:rFonts w:ascii="Verdana" w:hAnsi="Verdana"/>
          <w:color w:val="auto"/>
          <w:sz w:val="24"/>
          <w:szCs w:val="24"/>
        </w:rPr>
        <w:t xml:space="preserve">: Presentation </w:t>
      </w:r>
    </w:p>
    <w:p w14:paraId="1302F7B7" w14:textId="2708CD01" w:rsidR="0066291B" w:rsidRPr="005228AE" w:rsidRDefault="00000000" w:rsidP="005228AE">
      <w:pPr>
        <w:pStyle w:val="ListParagraph"/>
        <w:numPr>
          <w:ilvl w:val="0"/>
          <w:numId w:val="10"/>
        </w:numPr>
        <w:rPr>
          <w:rFonts w:ascii="Verdana" w:hAnsi="Verdana"/>
          <w:sz w:val="24"/>
          <w:szCs w:val="24"/>
        </w:rPr>
      </w:pPr>
      <w:r w:rsidRPr="005228AE">
        <w:rPr>
          <w:rFonts w:ascii="Verdana" w:hAnsi="Verdana"/>
          <w:sz w:val="24"/>
          <w:szCs w:val="24"/>
        </w:rPr>
        <w:t xml:space="preserve">Visual Display: Design </w:t>
      </w:r>
      <w:r w:rsidR="009A0CC8" w:rsidRPr="005228AE">
        <w:rPr>
          <w:rFonts w:ascii="Verdana" w:hAnsi="Verdana"/>
          <w:sz w:val="24"/>
          <w:szCs w:val="24"/>
        </w:rPr>
        <w:t>your</w:t>
      </w:r>
      <w:r w:rsidRPr="005228AE">
        <w:rPr>
          <w:rFonts w:ascii="Verdana" w:hAnsi="Verdana"/>
          <w:sz w:val="24"/>
          <w:szCs w:val="24"/>
        </w:rPr>
        <w:t xml:space="preserve"> “tablets” (pape</w:t>
      </w:r>
      <w:r w:rsidR="009A0CC8" w:rsidRPr="005228AE">
        <w:rPr>
          <w:rFonts w:ascii="Verdana" w:hAnsi="Verdana"/>
          <w:sz w:val="24"/>
          <w:szCs w:val="24"/>
        </w:rPr>
        <w:t>r or</w:t>
      </w:r>
      <w:r w:rsidRPr="005228AE">
        <w:rPr>
          <w:rFonts w:ascii="Verdana" w:hAnsi="Verdana"/>
          <w:sz w:val="24"/>
          <w:szCs w:val="24"/>
        </w:rPr>
        <w:t xml:space="preserve"> poster) showing your commandments in a creative format.</w:t>
      </w:r>
      <w:r w:rsidRPr="005228AE">
        <w:rPr>
          <w:rFonts w:ascii="Verdana" w:hAnsi="Verdana"/>
          <w:sz w:val="24"/>
          <w:szCs w:val="24"/>
        </w:rPr>
        <w:br/>
        <w:t xml:space="preserve">2. Mini Manifesto: Write a one-page declaration from your </w:t>
      </w:r>
      <w:proofErr w:type="gramStart"/>
      <w:r w:rsidRPr="005228AE">
        <w:rPr>
          <w:rFonts w:ascii="Verdana" w:hAnsi="Verdana"/>
          <w:sz w:val="24"/>
          <w:szCs w:val="24"/>
        </w:rPr>
        <w:t>higher being</w:t>
      </w:r>
      <w:proofErr w:type="gramEnd"/>
      <w:r w:rsidRPr="005228AE">
        <w:rPr>
          <w:rFonts w:ascii="Verdana" w:hAnsi="Verdana"/>
          <w:sz w:val="24"/>
          <w:szCs w:val="24"/>
        </w:rPr>
        <w:t xml:space="preserve"> explaining why these laws must be followed.</w:t>
      </w:r>
      <w:r w:rsidRPr="005228AE">
        <w:rPr>
          <w:rFonts w:ascii="Verdana" w:hAnsi="Verdana"/>
          <w:sz w:val="24"/>
          <w:szCs w:val="24"/>
        </w:rPr>
        <w:br/>
        <w:t>3. Speech or Performance: Present your commandments dramatically — as if you’re delivering them to humanity.</w:t>
      </w:r>
    </w:p>
    <w:p w14:paraId="57BA7434" w14:textId="77777777" w:rsidR="005228AE" w:rsidRDefault="005228AE" w:rsidP="005228AE">
      <w:pPr>
        <w:rPr>
          <w:rFonts w:ascii="Verdana" w:hAnsi="Verdana"/>
          <w:sz w:val="24"/>
          <w:szCs w:val="24"/>
        </w:rPr>
      </w:pPr>
    </w:p>
    <w:p w14:paraId="573CD77D" w14:textId="77777777" w:rsidR="005228AE" w:rsidRDefault="005228AE" w:rsidP="005228AE">
      <w:pPr>
        <w:rPr>
          <w:rFonts w:ascii="Verdana" w:hAnsi="Verdana"/>
          <w:sz w:val="24"/>
          <w:szCs w:val="24"/>
        </w:rPr>
      </w:pPr>
    </w:p>
    <w:p w14:paraId="7B2436C7" w14:textId="77777777" w:rsidR="005228AE" w:rsidRPr="005228AE" w:rsidRDefault="005228AE" w:rsidP="005228AE">
      <w:pPr>
        <w:rPr>
          <w:rFonts w:ascii="Verdana" w:hAnsi="Verdana"/>
          <w:sz w:val="24"/>
          <w:szCs w:val="24"/>
        </w:rPr>
      </w:pPr>
    </w:p>
    <w:p w14:paraId="0BE64B2D" w14:textId="77777777" w:rsidR="0066291B" w:rsidRPr="009A0CC8" w:rsidRDefault="00000000">
      <w:pPr>
        <w:pStyle w:val="Heading2"/>
        <w:rPr>
          <w:rFonts w:ascii="Verdana" w:hAnsi="Verdana"/>
          <w:color w:val="auto"/>
          <w:sz w:val="24"/>
          <w:szCs w:val="24"/>
        </w:rPr>
      </w:pPr>
      <w:r w:rsidRPr="009A0CC8">
        <w:rPr>
          <w:rFonts w:ascii="Verdana" w:hAnsi="Verdana"/>
          <w:color w:val="auto"/>
          <w:sz w:val="24"/>
          <w:szCs w:val="24"/>
        </w:rPr>
        <w:lastRenderedPageBreak/>
        <w:t>Grading Rubric (100 Points Total)</w:t>
      </w:r>
    </w:p>
    <w:tbl>
      <w:tblPr>
        <w:tblW w:w="0" w:type="auto"/>
        <w:tblLook w:val="04A0" w:firstRow="1" w:lastRow="0" w:firstColumn="1" w:lastColumn="0" w:noHBand="0" w:noVBand="1"/>
      </w:tblPr>
      <w:tblGrid>
        <w:gridCol w:w="2880"/>
        <w:gridCol w:w="2880"/>
        <w:gridCol w:w="2880"/>
      </w:tblGrid>
      <w:tr w:rsidR="009A0CC8" w:rsidRPr="009A0CC8" w14:paraId="662625B6" w14:textId="77777777">
        <w:tc>
          <w:tcPr>
            <w:tcW w:w="2880" w:type="dxa"/>
          </w:tcPr>
          <w:p w14:paraId="1CDEB5FF" w14:textId="77777777" w:rsidR="0066291B" w:rsidRPr="009A0CC8" w:rsidRDefault="00000000">
            <w:pPr>
              <w:rPr>
                <w:rFonts w:ascii="Verdana" w:hAnsi="Verdana"/>
                <w:sz w:val="24"/>
                <w:szCs w:val="24"/>
              </w:rPr>
            </w:pPr>
            <w:r w:rsidRPr="009A0CC8">
              <w:rPr>
                <w:rFonts w:ascii="Verdana" w:hAnsi="Verdana"/>
                <w:sz w:val="24"/>
                <w:szCs w:val="24"/>
              </w:rPr>
              <w:t>Category</w:t>
            </w:r>
          </w:p>
        </w:tc>
        <w:tc>
          <w:tcPr>
            <w:tcW w:w="2880" w:type="dxa"/>
          </w:tcPr>
          <w:p w14:paraId="26F8B767" w14:textId="77777777" w:rsidR="0066291B" w:rsidRPr="009A0CC8" w:rsidRDefault="00000000">
            <w:pPr>
              <w:rPr>
                <w:rFonts w:ascii="Verdana" w:hAnsi="Verdana"/>
                <w:sz w:val="24"/>
                <w:szCs w:val="24"/>
              </w:rPr>
            </w:pPr>
            <w:r w:rsidRPr="009A0CC8">
              <w:rPr>
                <w:rFonts w:ascii="Verdana" w:hAnsi="Verdana"/>
                <w:sz w:val="24"/>
                <w:szCs w:val="24"/>
              </w:rPr>
              <w:t>Description</w:t>
            </w:r>
          </w:p>
        </w:tc>
        <w:tc>
          <w:tcPr>
            <w:tcW w:w="2880" w:type="dxa"/>
          </w:tcPr>
          <w:p w14:paraId="2EA0B400" w14:textId="77777777" w:rsidR="0066291B" w:rsidRPr="009A0CC8" w:rsidRDefault="00000000">
            <w:pPr>
              <w:rPr>
                <w:rFonts w:ascii="Verdana" w:hAnsi="Verdana"/>
                <w:sz w:val="24"/>
                <w:szCs w:val="24"/>
              </w:rPr>
            </w:pPr>
            <w:r w:rsidRPr="009A0CC8">
              <w:rPr>
                <w:rFonts w:ascii="Verdana" w:hAnsi="Verdana"/>
                <w:sz w:val="24"/>
                <w:szCs w:val="24"/>
              </w:rPr>
              <w:t>Points</w:t>
            </w:r>
          </w:p>
        </w:tc>
      </w:tr>
      <w:tr w:rsidR="009A0CC8" w:rsidRPr="009A0CC8" w14:paraId="607F6768" w14:textId="77777777">
        <w:tc>
          <w:tcPr>
            <w:tcW w:w="2880" w:type="dxa"/>
          </w:tcPr>
          <w:p w14:paraId="60819C6B" w14:textId="77777777" w:rsidR="0066291B" w:rsidRPr="009A0CC8" w:rsidRDefault="00000000">
            <w:pPr>
              <w:rPr>
                <w:rFonts w:ascii="Verdana" w:hAnsi="Verdana"/>
                <w:sz w:val="24"/>
                <w:szCs w:val="24"/>
              </w:rPr>
            </w:pPr>
            <w:r w:rsidRPr="009A0CC8">
              <w:rPr>
                <w:rFonts w:ascii="Verdana" w:hAnsi="Verdana"/>
                <w:sz w:val="24"/>
                <w:szCs w:val="24"/>
              </w:rPr>
              <w:t>Historical Understanding</w:t>
            </w:r>
          </w:p>
        </w:tc>
        <w:tc>
          <w:tcPr>
            <w:tcW w:w="2880" w:type="dxa"/>
          </w:tcPr>
          <w:p w14:paraId="675AA4E3" w14:textId="77777777" w:rsidR="0066291B" w:rsidRPr="009A0CC8" w:rsidRDefault="00000000">
            <w:pPr>
              <w:rPr>
                <w:rFonts w:ascii="Verdana" w:hAnsi="Verdana"/>
                <w:sz w:val="24"/>
                <w:szCs w:val="24"/>
              </w:rPr>
            </w:pPr>
            <w:r w:rsidRPr="009A0CC8">
              <w:rPr>
                <w:rFonts w:ascii="Verdana" w:hAnsi="Verdana"/>
                <w:sz w:val="24"/>
                <w:szCs w:val="24"/>
              </w:rPr>
              <w:t>Shows understanding of the Ten Commandments’ purpose and context</w:t>
            </w:r>
          </w:p>
        </w:tc>
        <w:tc>
          <w:tcPr>
            <w:tcW w:w="2880" w:type="dxa"/>
          </w:tcPr>
          <w:p w14:paraId="1B748783" w14:textId="77777777" w:rsidR="0066291B" w:rsidRPr="009A0CC8" w:rsidRDefault="00000000">
            <w:pPr>
              <w:rPr>
                <w:rFonts w:ascii="Verdana" w:hAnsi="Verdana"/>
                <w:sz w:val="24"/>
                <w:szCs w:val="24"/>
              </w:rPr>
            </w:pPr>
            <w:r w:rsidRPr="009A0CC8">
              <w:rPr>
                <w:rFonts w:ascii="Verdana" w:hAnsi="Verdana"/>
                <w:sz w:val="24"/>
                <w:szCs w:val="24"/>
              </w:rPr>
              <w:t>20</w:t>
            </w:r>
          </w:p>
        </w:tc>
      </w:tr>
      <w:tr w:rsidR="009A0CC8" w:rsidRPr="009A0CC8" w14:paraId="542B05BD" w14:textId="77777777">
        <w:tc>
          <w:tcPr>
            <w:tcW w:w="2880" w:type="dxa"/>
          </w:tcPr>
          <w:p w14:paraId="12AEF12D" w14:textId="77777777" w:rsidR="0066291B" w:rsidRPr="009A0CC8" w:rsidRDefault="00000000">
            <w:pPr>
              <w:rPr>
                <w:rFonts w:ascii="Verdana" w:hAnsi="Verdana"/>
                <w:sz w:val="24"/>
                <w:szCs w:val="24"/>
              </w:rPr>
            </w:pPr>
            <w:r w:rsidRPr="009A0CC8">
              <w:rPr>
                <w:rFonts w:ascii="Verdana" w:hAnsi="Verdana"/>
                <w:sz w:val="24"/>
                <w:szCs w:val="24"/>
              </w:rPr>
              <w:t>Creativity and Insight</w:t>
            </w:r>
          </w:p>
        </w:tc>
        <w:tc>
          <w:tcPr>
            <w:tcW w:w="2880" w:type="dxa"/>
          </w:tcPr>
          <w:p w14:paraId="5C671081" w14:textId="77777777" w:rsidR="0066291B" w:rsidRPr="009A0CC8" w:rsidRDefault="00000000">
            <w:pPr>
              <w:rPr>
                <w:rFonts w:ascii="Verdana" w:hAnsi="Verdana"/>
                <w:sz w:val="24"/>
                <w:szCs w:val="24"/>
              </w:rPr>
            </w:pPr>
            <w:r w:rsidRPr="009A0CC8">
              <w:rPr>
                <w:rFonts w:ascii="Verdana" w:hAnsi="Verdana"/>
                <w:sz w:val="24"/>
                <w:szCs w:val="24"/>
              </w:rPr>
              <w:t>Ideas are original, thought-provoking, and relevant to the modern world</w:t>
            </w:r>
          </w:p>
        </w:tc>
        <w:tc>
          <w:tcPr>
            <w:tcW w:w="2880" w:type="dxa"/>
          </w:tcPr>
          <w:p w14:paraId="78F117CD" w14:textId="77777777" w:rsidR="0066291B" w:rsidRPr="009A0CC8" w:rsidRDefault="00000000">
            <w:pPr>
              <w:rPr>
                <w:rFonts w:ascii="Verdana" w:hAnsi="Verdana"/>
                <w:sz w:val="24"/>
                <w:szCs w:val="24"/>
              </w:rPr>
            </w:pPr>
            <w:r w:rsidRPr="009A0CC8">
              <w:rPr>
                <w:rFonts w:ascii="Verdana" w:hAnsi="Verdana"/>
                <w:sz w:val="24"/>
                <w:szCs w:val="24"/>
              </w:rPr>
              <w:t>25</w:t>
            </w:r>
          </w:p>
        </w:tc>
      </w:tr>
      <w:tr w:rsidR="009A0CC8" w:rsidRPr="009A0CC8" w14:paraId="62F9CF81" w14:textId="77777777">
        <w:tc>
          <w:tcPr>
            <w:tcW w:w="2880" w:type="dxa"/>
          </w:tcPr>
          <w:p w14:paraId="1187FDA7" w14:textId="77777777" w:rsidR="0066291B" w:rsidRPr="009A0CC8" w:rsidRDefault="00000000">
            <w:pPr>
              <w:rPr>
                <w:rFonts w:ascii="Verdana" w:hAnsi="Verdana"/>
                <w:sz w:val="24"/>
                <w:szCs w:val="24"/>
              </w:rPr>
            </w:pPr>
            <w:r w:rsidRPr="009A0CC8">
              <w:rPr>
                <w:rFonts w:ascii="Verdana" w:hAnsi="Verdana"/>
                <w:sz w:val="24"/>
                <w:szCs w:val="24"/>
              </w:rPr>
              <w:t>Clarity and Explanation</w:t>
            </w:r>
          </w:p>
        </w:tc>
        <w:tc>
          <w:tcPr>
            <w:tcW w:w="2880" w:type="dxa"/>
          </w:tcPr>
          <w:p w14:paraId="291AA8EA" w14:textId="77777777" w:rsidR="0066291B" w:rsidRPr="009A0CC8" w:rsidRDefault="00000000">
            <w:pPr>
              <w:rPr>
                <w:rFonts w:ascii="Verdana" w:hAnsi="Verdana"/>
                <w:sz w:val="24"/>
                <w:szCs w:val="24"/>
              </w:rPr>
            </w:pPr>
            <w:r w:rsidRPr="009A0CC8">
              <w:rPr>
                <w:rFonts w:ascii="Verdana" w:hAnsi="Verdana"/>
                <w:sz w:val="24"/>
                <w:szCs w:val="24"/>
              </w:rPr>
              <w:t>Laws are clearly written and well explained</w:t>
            </w:r>
          </w:p>
        </w:tc>
        <w:tc>
          <w:tcPr>
            <w:tcW w:w="2880" w:type="dxa"/>
          </w:tcPr>
          <w:p w14:paraId="7ECEEA27" w14:textId="77777777" w:rsidR="0066291B" w:rsidRPr="009A0CC8" w:rsidRDefault="00000000">
            <w:pPr>
              <w:rPr>
                <w:rFonts w:ascii="Verdana" w:hAnsi="Verdana"/>
                <w:sz w:val="24"/>
                <w:szCs w:val="24"/>
              </w:rPr>
            </w:pPr>
            <w:r w:rsidRPr="009A0CC8">
              <w:rPr>
                <w:rFonts w:ascii="Verdana" w:hAnsi="Verdana"/>
                <w:sz w:val="24"/>
                <w:szCs w:val="24"/>
              </w:rPr>
              <w:t>25</w:t>
            </w:r>
          </w:p>
        </w:tc>
      </w:tr>
      <w:tr w:rsidR="009A0CC8" w:rsidRPr="009A0CC8" w14:paraId="1E0A7329" w14:textId="77777777">
        <w:tc>
          <w:tcPr>
            <w:tcW w:w="2880" w:type="dxa"/>
          </w:tcPr>
          <w:p w14:paraId="249A7316" w14:textId="77777777" w:rsidR="0066291B" w:rsidRPr="009A0CC8" w:rsidRDefault="00000000">
            <w:pPr>
              <w:rPr>
                <w:rFonts w:ascii="Verdana" w:hAnsi="Verdana"/>
                <w:sz w:val="24"/>
                <w:szCs w:val="24"/>
              </w:rPr>
            </w:pPr>
            <w:r w:rsidRPr="009A0CC8">
              <w:rPr>
                <w:rFonts w:ascii="Verdana" w:hAnsi="Verdana"/>
                <w:sz w:val="24"/>
                <w:szCs w:val="24"/>
              </w:rPr>
              <w:t>Presentation or Writing Quality</w:t>
            </w:r>
          </w:p>
        </w:tc>
        <w:tc>
          <w:tcPr>
            <w:tcW w:w="2880" w:type="dxa"/>
          </w:tcPr>
          <w:p w14:paraId="543DEA0F" w14:textId="77777777" w:rsidR="0066291B" w:rsidRPr="009A0CC8" w:rsidRDefault="00000000">
            <w:pPr>
              <w:rPr>
                <w:rFonts w:ascii="Verdana" w:hAnsi="Verdana"/>
                <w:sz w:val="24"/>
                <w:szCs w:val="24"/>
              </w:rPr>
            </w:pPr>
            <w:r w:rsidRPr="009A0CC8">
              <w:rPr>
                <w:rFonts w:ascii="Verdana" w:hAnsi="Verdana"/>
                <w:sz w:val="24"/>
                <w:szCs w:val="24"/>
              </w:rPr>
              <w:t>Work is organized, neat, and thoughtful</w:t>
            </w:r>
          </w:p>
        </w:tc>
        <w:tc>
          <w:tcPr>
            <w:tcW w:w="2880" w:type="dxa"/>
          </w:tcPr>
          <w:p w14:paraId="66491DD5" w14:textId="77777777" w:rsidR="0066291B" w:rsidRPr="009A0CC8" w:rsidRDefault="00000000">
            <w:pPr>
              <w:rPr>
                <w:rFonts w:ascii="Verdana" w:hAnsi="Verdana"/>
                <w:sz w:val="24"/>
                <w:szCs w:val="24"/>
              </w:rPr>
            </w:pPr>
            <w:r w:rsidRPr="009A0CC8">
              <w:rPr>
                <w:rFonts w:ascii="Verdana" w:hAnsi="Verdana"/>
                <w:sz w:val="24"/>
                <w:szCs w:val="24"/>
              </w:rPr>
              <w:t>15</w:t>
            </w:r>
          </w:p>
        </w:tc>
      </w:tr>
      <w:tr w:rsidR="009A0CC8" w:rsidRPr="009A0CC8" w14:paraId="32F57355" w14:textId="77777777">
        <w:tc>
          <w:tcPr>
            <w:tcW w:w="2880" w:type="dxa"/>
          </w:tcPr>
          <w:p w14:paraId="11F0AC43" w14:textId="77777777" w:rsidR="0066291B" w:rsidRPr="009A0CC8" w:rsidRDefault="00000000">
            <w:pPr>
              <w:rPr>
                <w:rFonts w:ascii="Verdana" w:hAnsi="Verdana"/>
                <w:sz w:val="24"/>
                <w:szCs w:val="24"/>
              </w:rPr>
            </w:pPr>
            <w:r w:rsidRPr="009A0CC8">
              <w:rPr>
                <w:rFonts w:ascii="Verdana" w:hAnsi="Verdana"/>
                <w:sz w:val="24"/>
                <w:szCs w:val="24"/>
              </w:rPr>
              <w:t>Reflection</w:t>
            </w:r>
          </w:p>
        </w:tc>
        <w:tc>
          <w:tcPr>
            <w:tcW w:w="2880" w:type="dxa"/>
          </w:tcPr>
          <w:p w14:paraId="590D3AF0" w14:textId="77777777" w:rsidR="0066291B" w:rsidRPr="009A0CC8" w:rsidRDefault="00000000">
            <w:pPr>
              <w:rPr>
                <w:rFonts w:ascii="Verdana" w:hAnsi="Verdana"/>
                <w:sz w:val="24"/>
                <w:szCs w:val="24"/>
              </w:rPr>
            </w:pPr>
            <w:r w:rsidRPr="009A0CC8">
              <w:rPr>
                <w:rFonts w:ascii="Verdana" w:hAnsi="Verdana"/>
                <w:sz w:val="24"/>
                <w:szCs w:val="24"/>
              </w:rPr>
              <w:t>Shows depth and self-awareness</w:t>
            </w:r>
          </w:p>
        </w:tc>
        <w:tc>
          <w:tcPr>
            <w:tcW w:w="2880" w:type="dxa"/>
          </w:tcPr>
          <w:p w14:paraId="6B9AF6A8" w14:textId="77777777" w:rsidR="0066291B" w:rsidRPr="009A0CC8" w:rsidRDefault="00000000">
            <w:pPr>
              <w:rPr>
                <w:rFonts w:ascii="Verdana" w:hAnsi="Verdana"/>
                <w:sz w:val="24"/>
                <w:szCs w:val="24"/>
              </w:rPr>
            </w:pPr>
            <w:r w:rsidRPr="009A0CC8">
              <w:rPr>
                <w:rFonts w:ascii="Verdana" w:hAnsi="Verdana"/>
                <w:sz w:val="24"/>
                <w:szCs w:val="24"/>
              </w:rPr>
              <w:t>15</w:t>
            </w:r>
          </w:p>
        </w:tc>
      </w:tr>
    </w:tbl>
    <w:p w14:paraId="201BE318" w14:textId="5C347175" w:rsidR="0066291B" w:rsidRPr="009A0CC8" w:rsidRDefault="0066291B" w:rsidP="009A0CC8">
      <w:pPr>
        <w:rPr>
          <w:rFonts w:ascii="Verdana" w:hAnsi="Verdana"/>
          <w:sz w:val="24"/>
          <w:szCs w:val="24"/>
        </w:rPr>
      </w:pPr>
    </w:p>
    <w:sectPr w:rsidR="0066291B" w:rsidRPr="009A0CC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73028B"/>
    <w:multiLevelType w:val="hybridMultilevel"/>
    <w:tmpl w:val="0658A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5077765">
    <w:abstractNumId w:val="8"/>
  </w:num>
  <w:num w:numId="2" w16cid:durableId="776412253">
    <w:abstractNumId w:val="6"/>
  </w:num>
  <w:num w:numId="3" w16cid:durableId="1399010451">
    <w:abstractNumId w:val="5"/>
  </w:num>
  <w:num w:numId="4" w16cid:durableId="1478953966">
    <w:abstractNumId w:val="4"/>
  </w:num>
  <w:num w:numId="5" w16cid:durableId="1424645848">
    <w:abstractNumId w:val="7"/>
  </w:num>
  <w:num w:numId="6" w16cid:durableId="1844275300">
    <w:abstractNumId w:val="3"/>
  </w:num>
  <w:num w:numId="7" w16cid:durableId="1762218520">
    <w:abstractNumId w:val="2"/>
  </w:num>
  <w:num w:numId="8" w16cid:durableId="667905464">
    <w:abstractNumId w:val="1"/>
  </w:num>
  <w:num w:numId="9" w16cid:durableId="1738480200">
    <w:abstractNumId w:val="0"/>
  </w:num>
  <w:num w:numId="10" w16cid:durableId="18246142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3D78"/>
    <w:rsid w:val="0006063C"/>
    <w:rsid w:val="00090DE6"/>
    <w:rsid w:val="0015074B"/>
    <w:rsid w:val="0029639D"/>
    <w:rsid w:val="00326F90"/>
    <w:rsid w:val="005228AE"/>
    <w:rsid w:val="0066291B"/>
    <w:rsid w:val="00814C48"/>
    <w:rsid w:val="009A0CC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83A2DB"/>
  <w14:defaultImageDpi w14:val="300"/>
  <w15:docId w15:val="{ED5F6FB9-DC7C-4AF2-8D22-4F8BE79E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Pages>
  <Words>551</Words>
  <Characters>2868</Characters>
  <Application>Microsoft Office Word</Application>
  <DocSecurity>0</DocSecurity>
  <Lines>79</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Leonidas Konstantakos</cp:lastModifiedBy>
  <cp:revision>4</cp:revision>
  <dcterms:created xsi:type="dcterms:W3CDTF">2013-12-23T23:15:00Z</dcterms:created>
  <dcterms:modified xsi:type="dcterms:W3CDTF">2025-11-20T18:19:00Z</dcterms:modified>
  <cp:category/>
</cp:coreProperties>
</file>