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Ancient Egypt Study Guide – Advanced 8th Grade</w:t>
      </w:r>
    </w:p>
    <w:p>
      <w:pPr>
        <w:pStyle w:val="Heading2"/>
      </w:pPr>
      <w:r>
        <w:t>1. Geography and the Nile</w:t>
      </w:r>
    </w:p>
    <w:p>
      <w:r>
        <w:t>The Nile River was Egypt’s lifeline—it provided water, transportation, and fertile soil. Annual flooding deposited rich silt that made farming possible. Upper Egypt was in the south (higher elevation); Lower Egypt was in the north (the Nile Delta).</w:t>
        <w:br/>
        <w:br/>
        <w:t>Key Terms: Nile River, silt, Delta, cataracts, irrigation</w:t>
      </w:r>
    </w:p>
    <w:p>
      <w:pPr>
        <w:pStyle w:val="Heading2"/>
      </w:pPr>
      <w:r>
        <w:t>2. Society and Government</w:t>
      </w:r>
    </w:p>
    <w:p>
      <w:r>
        <w:t>Egyptian society was hierarchical, with the pharaoh at the top as both king and god. Below the pharaoh were priests, scribes, artisans, and farmers. The vizier served as chief advisor and administrator. Egypt’s stability was rooted in the concept of Ma’at—truth, balance, and order.</w:t>
        <w:br/>
        <w:br/>
        <w:t>Key Terms: Pharaoh, Ma’at, vizier, hierarchy</w:t>
      </w:r>
    </w:p>
    <w:p>
      <w:pPr>
        <w:pStyle w:val="Heading2"/>
      </w:pPr>
      <w:r>
        <w:t>3. Religion and the Afterlife</w:t>
      </w:r>
    </w:p>
    <w:p>
      <w:r>
        <w:t>Egyptians believed in many gods (polytheism), each controlling aspects of nature and life. Major deities included Ra (sun god), Osiris (afterlife), Isis (motherhood), and Anubis (mummification). They believed in an afterlife, where the heart was weighed against the feather of Ma’at. Mummification preserved the body so the soul could recognize it in the afterlife.</w:t>
        <w:br/>
        <w:br/>
        <w:t>Key Terms: Afterlife, mummification, Ra, Osiris, Isis, Anubis, Book of the Dead</w:t>
      </w:r>
    </w:p>
    <w:p>
      <w:pPr>
        <w:pStyle w:val="Heading2"/>
      </w:pPr>
      <w:r>
        <w:t>4. Writing and Learning</w:t>
      </w:r>
    </w:p>
    <w:p>
      <w:r>
        <w:t>Egyptians used hieroglyphics, a writing system of pictures and symbols. They wrote on papyrus, made from reeds growing by the Nile. The Rosetta Stone, discovered in 1799, helped scholars decipher hieroglyphics because it had the same text in Greek, Demotic, and hieroglyphs.</w:t>
        <w:br/>
        <w:br/>
        <w:t>Key Terms: Hieroglyphics, papyrus, Rosetta Stone, scribes</w:t>
      </w:r>
    </w:p>
    <w:p>
      <w:pPr>
        <w:pStyle w:val="Heading2"/>
      </w:pPr>
      <w:r>
        <w:t>5. Art, Architecture, and Achievements</w:t>
      </w:r>
    </w:p>
    <w:p>
      <w:r>
        <w:t>The pyramids served as tombs for pharaohs—the most famous are at Giza. The Great Sphinx symbolizes strength and wisdom. Imhotep, architect of the Step Pyramid, was later worshiped as a god of wisdom. Egyptian art emphasized order and balance, showing gods and humans in profile.</w:t>
        <w:br/>
        <w:br/>
        <w:t>Key Terms: Pyramids, Great Sphinx, Imhotep, temples, monuments</w:t>
      </w:r>
    </w:p>
    <w:p>
      <w:pPr>
        <w:pStyle w:val="Heading2"/>
      </w:pPr>
      <w:r>
        <w:t>6. Important Pharaohs</w:t>
      </w:r>
    </w:p>
    <w:p>
      <w:r>
        <w:t>Hatshepsut: first female pharaoh; expanded trade and built magnificent temples. Thutmose III: expanded Egypt’s empire and tried to erase Hatshepsut’s legacy. Akhenaten: introduced monotheistic worship of Aten, the sun disk. Tutankhamun (King Tut): restored traditional religion; tomb found nearly intact in 1922. Ramses II: known for his long reign and military leadership.</w:t>
        <w:br/>
        <w:br/>
        <w:t>Key Terms: Hatshepsut, Thutmose III, Akhenaten, Tutankhamun, Ramses II</w:t>
      </w:r>
    </w:p>
    <w:p>
      <w:pPr>
        <w:pStyle w:val="Heading2"/>
      </w:pPr>
      <w:r>
        <w:t>7. Legacy and Daily Life</w:t>
      </w:r>
    </w:p>
    <w:p>
      <w:r>
        <w:t>Egyptians made advances in medicine, mathematics, and astronomy. Trade connected Egypt to Nubia, the Levant, and the Mediterranean. Daily life revolved around the Nile, the seasons, and religion.</w:t>
        <w:br/>
        <w:br/>
        <w:t>Key Terms: Trade, agriculture, medicine, calendar, daily life</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