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E5BD5" w14:textId="77777777" w:rsidR="00005C5A" w:rsidRDefault="003A46CC" w:rsidP="00AA76EF">
      <w:pPr>
        <w:pStyle w:val="Heading1"/>
        <w:rPr>
          <w:rFonts w:ascii="Verdana" w:hAnsi="Verdana"/>
          <w:color w:val="auto"/>
        </w:rPr>
      </w:pPr>
      <w:r w:rsidRPr="00005C5A">
        <w:rPr>
          <w:rFonts w:ascii="Verdana" w:hAnsi="Verdana"/>
          <w:i/>
          <w:iCs/>
          <w:color w:val="auto"/>
        </w:rPr>
        <w:t>BUILD! BARGAIN! BATTLE!</w:t>
      </w:r>
      <w:r>
        <w:rPr>
          <w:rFonts w:ascii="Verdana" w:hAnsi="Verdana"/>
          <w:color w:val="auto"/>
        </w:rPr>
        <w:t xml:space="preserve"> </w:t>
      </w:r>
    </w:p>
    <w:p w14:paraId="05740376" w14:textId="4C76EC91" w:rsidR="00AA76EF" w:rsidRPr="00AA76EF" w:rsidRDefault="00AA76EF" w:rsidP="00AA76EF">
      <w:pPr>
        <w:pStyle w:val="Heading1"/>
        <w:rPr>
          <w:rFonts w:ascii="Verdana" w:hAnsi="Verdana"/>
          <w:color w:val="auto"/>
        </w:rPr>
      </w:pPr>
      <w:r w:rsidRPr="00AA76EF">
        <w:rPr>
          <w:rFonts w:ascii="Verdana" w:hAnsi="Verdana"/>
          <w:color w:val="auto"/>
        </w:rPr>
        <w:t>Egyptian Pharaohs and Monuments Project Packet</w:t>
      </w:r>
    </w:p>
    <w:p w14:paraId="6C9780F3" w14:textId="77777777" w:rsidR="002D7542" w:rsidRPr="00AA76EF" w:rsidRDefault="00000000">
      <w:pPr>
        <w:pStyle w:val="Heading1"/>
        <w:rPr>
          <w:rFonts w:ascii="Verdana" w:hAnsi="Verdana"/>
          <w:color w:val="auto"/>
        </w:rPr>
      </w:pPr>
      <w:r w:rsidRPr="00AA76EF">
        <w:rPr>
          <w:rFonts w:ascii="Verdana" w:hAnsi="Verdana"/>
          <w:color w:val="auto"/>
        </w:rPr>
        <w:t>Egyptian Pharaohs and Monuments Project</w:t>
      </w:r>
    </w:p>
    <w:p w14:paraId="0B3AC89E" w14:textId="77777777" w:rsidR="002D7542" w:rsidRPr="00AA76EF" w:rsidRDefault="00000000">
      <w:pPr>
        <w:rPr>
          <w:rFonts w:ascii="Verdana" w:hAnsi="Verdana"/>
        </w:rPr>
      </w:pPr>
      <w:r w:rsidRPr="00AA76EF">
        <w:rPr>
          <w:rFonts w:ascii="Verdana" w:hAnsi="Verdana"/>
        </w:rPr>
        <w:t>In this project, students will work in groups of up to four to research the life, times, and monumental achievements of an ancient Egyptian pharaoh. The goal is to understand how political power, religion, and art intersected in the construction of Egypt’s most iconic monuments.</w:t>
      </w:r>
    </w:p>
    <w:p w14:paraId="692EFCE2" w14:textId="77777777" w:rsidR="002D7542" w:rsidRPr="00AA76EF" w:rsidRDefault="00000000">
      <w:pPr>
        <w:pStyle w:val="Heading2"/>
        <w:rPr>
          <w:rFonts w:ascii="Verdana" w:hAnsi="Verdana"/>
          <w:color w:val="auto"/>
        </w:rPr>
      </w:pPr>
      <w:r w:rsidRPr="00AA76EF">
        <w:rPr>
          <w:rFonts w:ascii="Verdana" w:hAnsi="Verdana"/>
          <w:color w:val="auto"/>
        </w:rPr>
        <w:t>Project Overview</w:t>
      </w:r>
    </w:p>
    <w:p w14:paraId="4AA85FBD" w14:textId="77777777" w:rsidR="002D7542" w:rsidRPr="00AA76EF" w:rsidRDefault="00000000">
      <w:pPr>
        <w:rPr>
          <w:rFonts w:ascii="Verdana" w:hAnsi="Verdana"/>
        </w:rPr>
      </w:pPr>
      <w:r w:rsidRPr="00AA76EF">
        <w:rPr>
          <w:rFonts w:ascii="Verdana" w:hAnsi="Verdana"/>
        </w:rPr>
        <w:t>Each group will select (or be assigned) one pharaoh from Egyptian history. They will research that pharaoh’s biography, the social, political, and religious context of their reign, and the monument or monuments associated with them.</w:t>
      </w:r>
    </w:p>
    <w:p w14:paraId="386DB63E" w14:textId="77777777" w:rsidR="002D7542" w:rsidRPr="00AA76EF" w:rsidRDefault="00000000">
      <w:pPr>
        <w:pStyle w:val="Heading2"/>
        <w:rPr>
          <w:rFonts w:ascii="Verdana" w:hAnsi="Verdana"/>
          <w:color w:val="auto"/>
        </w:rPr>
      </w:pPr>
      <w:r w:rsidRPr="00AA76EF">
        <w:rPr>
          <w:rFonts w:ascii="Verdana" w:hAnsi="Verdana"/>
          <w:color w:val="auto"/>
        </w:rPr>
        <w:t>Research Components</w:t>
      </w:r>
    </w:p>
    <w:p w14:paraId="63F54788" w14:textId="77777777" w:rsidR="002D7542" w:rsidRPr="00AA76EF" w:rsidRDefault="00000000">
      <w:pPr>
        <w:rPr>
          <w:rFonts w:ascii="Verdana" w:hAnsi="Verdana"/>
        </w:rPr>
      </w:pPr>
      <w:r w:rsidRPr="00AA76EF">
        <w:rPr>
          <w:rFonts w:ascii="Verdana" w:hAnsi="Verdana"/>
        </w:rPr>
        <w:t>Each group’s research should include the following:</w:t>
      </w:r>
    </w:p>
    <w:p w14:paraId="53C61288" w14:textId="77777777" w:rsidR="002D7542" w:rsidRPr="00AA76EF" w:rsidRDefault="00000000">
      <w:pPr>
        <w:pStyle w:val="ListBullet"/>
        <w:rPr>
          <w:rFonts w:ascii="Verdana" w:hAnsi="Verdana"/>
        </w:rPr>
      </w:pPr>
      <w:r w:rsidRPr="00AA76EF">
        <w:rPr>
          <w:rFonts w:ascii="Verdana" w:hAnsi="Verdana"/>
        </w:rPr>
        <w:t>1. Biography – Key events, policies, and accomplishments of the pharaoh’s reign.</w:t>
      </w:r>
    </w:p>
    <w:p w14:paraId="70C1DB59" w14:textId="77777777" w:rsidR="002D7542" w:rsidRPr="00AA76EF" w:rsidRDefault="00000000">
      <w:pPr>
        <w:pStyle w:val="ListBullet"/>
        <w:rPr>
          <w:rFonts w:ascii="Verdana" w:hAnsi="Verdana"/>
        </w:rPr>
      </w:pPr>
      <w:r w:rsidRPr="00AA76EF">
        <w:rPr>
          <w:rFonts w:ascii="Verdana" w:hAnsi="Verdana"/>
        </w:rPr>
        <w:t>2. Sociopolitical Context – Major wars, alliances, or internal changes during their time.</w:t>
      </w:r>
    </w:p>
    <w:p w14:paraId="5808CD68" w14:textId="77777777" w:rsidR="002D7542" w:rsidRPr="00AA76EF" w:rsidRDefault="00000000">
      <w:pPr>
        <w:pStyle w:val="ListBullet"/>
        <w:rPr>
          <w:rFonts w:ascii="Verdana" w:hAnsi="Verdana"/>
        </w:rPr>
      </w:pPr>
      <w:r w:rsidRPr="00AA76EF">
        <w:rPr>
          <w:rFonts w:ascii="Verdana" w:hAnsi="Verdana"/>
        </w:rPr>
        <w:t>3. Religious Context – The gods or cults connected with the pharaoh; how religion shaped kingship.</w:t>
      </w:r>
    </w:p>
    <w:p w14:paraId="64BCF428" w14:textId="77777777" w:rsidR="002D7542" w:rsidRPr="00AA76EF" w:rsidRDefault="00000000">
      <w:pPr>
        <w:pStyle w:val="ListBullet"/>
        <w:rPr>
          <w:rFonts w:ascii="Verdana" w:hAnsi="Verdana"/>
        </w:rPr>
      </w:pPr>
      <w:r w:rsidRPr="00AA76EF">
        <w:rPr>
          <w:rFonts w:ascii="Verdana" w:hAnsi="Verdana"/>
        </w:rPr>
        <w:t>4. Monument Study – Design, purpose, materials, symbolism, and historical significance.</w:t>
      </w:r>
    </w:p>
    <w:p w14:paraId="3FEF9985" w14:textId="77777777" w:rsidR="002D7542" w:rsidRPr="00AA76EF" w:rsidRDefault="00000000">
      <w:pPr>
        <w:pStyle w:val="ListBullet"/>
        <w:rPr>
          <w:rFonts w:ascii="Verdana" w:hAnsi="Verdana"/>
        </w:rPr>
      </w:pPr>
      <w:r w:rsidRPr="00AA76EF">
        <w:rPr>
          <w:rFonts w:ascii="Verdana" w:hAnsi="Verdana"/>
        </w:rPr>
        <w:t>5. Legacy – How this pharaoh influenced Egyptian history or later rulers.</w:t>
      </w:r>
    </w:p>
    <w:p w14:paraId="65E147E0" w14:textId="77777777" w:rsidR="002D7542" w:rsidRPr="00AA76EF" w:rsidRDefault="00000000">
      <w:pPr>
        <w:pStyle w:val="Heading2"/>
        <w:rPr>
          <w:rFonts w:ascii="Verdana" w:hAnsi="Verdana"/>
          <w:color w:val="auto"/>
        </w:rPr>
      </w:pPr>
      <w:r w:rsidRPr="00AA76EF">
        <w:rPr>
          <w:rFonts w:ascii="Verdana" w:hAnsi="Verdana"/>
          <w:color w:val="auto"/>
        </w:rPr>
        <w:t>Presentation Components</w:t>
      </w:r>
    </w:p>
    <w:p w14:paraId="0E8F3DEF" w14:textId="77777777" w:rsidR="002D7542" w:rsidRPr="00AA76EF" w:rsidRDefault="00000000">
      <w:pPr>
        <w:rPr>
          <w:rFonts w:ascii="Verdana" w:hAnsi="Verdana"/>
        </w:rPr>
      </w:pPr>
      <w:r w:rsidRPr="00AA76EF">
        <w:rPr>
          <w:rFonts w:ascii="Verdana" w:hAnsi="Verdana"/>
        </w:rPr>
        <w:t>Each group will create a presentation with the following elements:</w:t>
      </w:r>
    </w:p>
    <w:p w14:paraId="2847C055" w14:textId="1CB25658" w:rsidR="002D7542" w:rsidRPr="00AA76EF" w:rsidRDefault="00000000">
      <w:pPr>
        <w:pStyle w:val="ListBullet"/>
        <w:rPr>
          <w:rFonts w:ascii="Verdana" w:hAnsi="Verdana"/>
        </w:rPr>
      </w:pPr>
      <w:r w:rsidRPr="00AA76EF">
        <w:rPr>
          <w:rFonts w:ascii="Verdana" w:hAnsi="Verdana"/>
        </w:rPr>
        <w:t>Poster Board – Summarize research visually (timeline, images, maps, and main points).</w:t>
      </w:r>
    </w:p>
    <w:p w14:paraId="63AA53CB" w14:textId="28309346" w:rsidR="002D7542" w:rsidRPr="00AA76EF" w:rsidRDefault="00000000">
      <w:pPr>
        <w:pStyle w:val="ListBullet"/>
        <w:rPr>
          <w:rFonts w:ascii="Verdana" w:hAnsi="Verdana"/>
        </w:rPr>
      </w:pPr>
      <w:r w:rsidRPr="00AA76EF">
        <w:rPr>
          <w:rFonts w:ascii="Verdana" w:hAnsi="Verdana"/>
        </w:rPr>
        <w:t>Slides – Include visuals of monuments, key facts, and analysis.</w:t>
      </w:r>
    </w:p>
    <w:p w14:paraId="185D8790" w14:textId="6AC5D6DC" w:rsidR="002D7542" w:rsidRPr="00AA76EF" w:rsidRDefault="00000000">
      <w:pPr>
        <w:pStyle w:val="ListBullet"/>
        <w:rPr>
          <w:rFonts w:ascii="Verdana" w:hAnsi="Verdana"/>
        </w:rPr>
      </w:pPr>
      <w:r w:rsidRPr="00AA76EF">
        <w:rPr>
          <w:rFonts w:ascii="Verdana" w:hAnsi="Verdana"/>
        </w:rPr>
        <w:t>Speaking Component – Present research findings clearly and collaboratively.</w:t>
      </w:r>
      <w:r w:rsidR="00021166">
        <w:rPr>
          <w:rFonts w:ascii="Verdana" w:hAnsi="Verdana"/>
        </w:rPr>
        <w:t xml:space="preserve"> Everyone speaks!</w:t>
      </w:r>
    </w:p>
    <w:p w14:paraId="5726599B" w14:textId="4546ABAA" w:rsidR="002D7542" w:rsidRDefault="00000000">
      <w:pPr>
        <w:pStyle w:val="ListBullet"/>
        <w:rPr>
          <w:rFonts w:ascii="Verdana" w:hAnsi="Verdana"/>
        </w:rPr>
      </w:pPr>
      <w:r w:rsidRPr="00AA76EF">
        <w:rPr>
          <w:rFonts w:ascii="Verdana" w:hAnsi="Verdana"/>
        </w:rPr>
        <w:t>'If We Were Pharaoh' Slide(s) – A creative segment imagining what kind of monument your group would build and why.</w:t>
      </w:r>
    </w:p>
    <w:p w14:paraId="75487548" w14:textId="77777777" w:rsidR="002D7542" w:rsidRPr="00AA76EF" w:rsidRDefault="00000000">
      <w:pPr>
        <w:pStyle w:val="Heading2"/>
        <w:rPr>
          <w:rFonts w:ascii="Verdana" w:hAnsi="Verdana"/>
          <w:color w:val="auto"/>
        </w:rPr>
      </w:pPr>
      <w:r w:rsidRPr="00AA76EF">
        <w:rPr>
          <w:rFonts w:ascii="Verdana" w:hAnsi="Verdana"/>
          <w:color w:val="auto"/>
        </w:rPr>
        <w:lastRenderedPageBreak/>
        <w:t>Assessment Rubric</w:t>
      </w:r>
    </w:p>
    <w:tbl>
      <w:tblPr>
        <w:tblW w:w="0" w:type="auto"/>
        <w:tblLook w:val="04A0" w:firstRow="1" w:lastRow="0" w:firstColumn="1" w:lastColumn="0" w:noHBand="0" w:noVBand="1"/>
      </w:tblPr>
      <w:tblGrid>
        <w:gridCol w:w="2880"/>
        <w:gridCol w:w="2880"/>
        <w:gridCol w:w="2880"/>
      </w:tblGrid>
      <w:tr w:rsidR="00AA76EF" w:rsidRPr="00AA76EF" w14:paraId="7C4B9A5E" w14:textId="77777777">
        <w:tc>
          <w:tcPr>
            <w:tcW w:w="2880" w:type="dxa"/>
          </w:tcPr>
          <w:p w14:paraId="77C85386" w14:textId="77777777" w:rsidR="002D7542" w:rsidRPr="00AA76EF" w:rsidRDefault="00000000">
            <w:pPr>
              <w:rPr>
                <w:rFonts w:ascii="Verdana" w:hAnsi="Verdana"/>
              </w:rPr>
            </w:pPr>
            <w:r w:rsidRPr="00AA76EF">
              <w:rPr>
                <w:rFonts w:ascii="Verdana" w:hAnsi="Verdana"/>
              </w:rPr>
              <w:t>Category</w:t>
            </w:r>
          </w:p>
        </w:tc>
        <w:tc>
          <w:tcPr>
            <w:tcW w:w="2880" w:type="dxa"/>
          </w:tcPr>
          <w:p w14:paraId="5B392BFF" w14:textId="77777777" w:rsidR="002D7542" w:rsidRPr="00AA76EF" w:rsidRDefault="00000000">
            <w:pPr>
              <w:rPr>
                <w:rFonts w:ascii="Verdana" w:hAnsi="Verdana"/>
              </w:rPr>
            </w:pPr>
            <w:r w:rsidRPr="00AA76EF">
              <w:rPr>
                <w:rFonts w:ascii="Verdana" w:hAnsi="Verdana"/>
              </w:rPr>
              <w:t>Points</w:t>
            </w:r>
          </w:p>
        </w:tc>
        <w:tc>
          <w:tcPr>
            <w:tcW w:w="2880" w:type="dxa"/>
          </w:tcPr>
          <w:p w14:paraId="3B59BA44" w14:textId="77777777" w:rsidR="002D7542" w:rsidRPr="00AA76EF" w:rsidRDefault="00000000">
            <w:pPr>
              <w:rPr>
                <w:rFonts w:ascii="Verdana" w:hAnsi="Verdana"/>
              </w:rPr>
            </w:pPr>
            <w:r w:rsidRPr="00AA76EF">
              <w:rPr>
                <w:rFonts w:ascii="Verdana" w:hAnsi="Verdana"/>
              </w:rPr>
              <w:t>Description</w:t>
            </w:r>
          </w:p>
        </w:tc>
      </w:tr>
      <w:tr w:rsidR="00AA76EF" w:rsidRPr="00AA76EF" w14:paraId="12FBED3E" w14:textId="77777777">
        <w:tc>
          <w:tcPr>
            <w:tcW w:w="2880" w:type="dxa"/>
          </w:tcPr>
          <w:p w14:paraId="7B6DF5EA" w14:textId="77777777" w:rsidR="002D7542" w:rsidRPr="00AA76EF" w:rsidRDefault="00000000">
            <w:pPr>
              <w:rPr>
                <w:rFonts w:ascii="Verdana" w:hAnsi="Verdana"/>
              </w:rPr>
            </w:pPr>
            <w:r w:rsidRPr="00AA76EF">
              <w:rPr>
                <w:rFonts w:ascii="Verdana" w:hAnsi="Verdana"/>
              </w:rPr>
              <w:t>Research Depth</w:t>
            </w:r>
          </w:p>
        </w:tc>
        <w:tc>
          <w:tcPr>
            <w:tcW w:w="2880" w:type="dxa"/>
          </w:tcPr>
          <w:p w14:paraId="44801642" w14:textId="77777777" w:rsidR="002D7542" w:rsidRPr="00AA76EF" w:rsidRDefault="00000000">
            <w:pPr>
              <w:rPr>
                <w:rFonts w:ascii="Verdana" w:hAnsi="Verdana"/>
              </w:rPr>
            </w:pPr>
            <w:r w:rsidRPr="00AA76EF">
              <w:rPr>
                <w:rFonts w:ascii="Verdana" w:hAnsi="Verdana"/>
              </w:rPr>
              <w:t>25</w:t>
            </w:r>
          </w:p>
        </w:tc>
        <w:tc>
          <w:tcPr>
            <w:tcW w:w="2880" w:type="dxa"/>
          </w:tcPr>
          <w:p w14:paraId="00E2AC62" w14:textId="3B1C805C" w:rsidR="002D7542" w:rsidRPr="00AA76EF" w:rsidRDefault="00000000">
            <w:pPr>
              <w:rPr>
                <w:rFonts w:ascii="Verdana" w:hAnsi="Verdana"/>
              </w:rPr>
            </w:pPr>
            <w:r w:rsidRPr="00AA76EF">
              <w:rPr>
                <w:rFonts w:ascii="Verdana" w:hAnsi="Verdana"/>
              </w:rPr>
              <w:t>Accurate, detailed information about the pharaoh and context.</w:t>
            </w:r>
            <w:r w:rsidR="00AA76EF" w:rsidRPr="00AA76EF">
              <w:rPr>
                <w:rFonts w:ascii="Verdana" w:hAnsi="Verdana"/>
              </w:rPr>
              <w:t xml:space="preserve"> </w:t>
            </w:r>
            <w:r w:rsidR="00AA76EF">
              <w:rPr>
                <w:rFonts w:ascii="Verdana" w:hAnsi="Verdana"/>
              </w:rPr>
              <w:t>Include</w:t>
            </w:r>
            <w:r w:rsidR="00AA76EF" w:rsidRPr="00AA76EF">
              <w:rPr>
                <w:rFonts w:ascii="Verdana" w:hAnsi="Verdana"/>
              </w:rPr>
              <w:t xml:space="preserve"> primary sources such as inscriptions, hymns, or reliefs.</w:t>
            </w:r>
          </w:p>
        </w:tc>
      </w:tr>
      <w:tr w:rsidR="00AA76EF" w:rsidRPr="00AA76EF" w14:paraId="472C890C" w14:textId="77777777">
        <w:tc>
          <w:tcPr>
            <w:tcW w:w="2880" w:type="dxa"/>
          </w:tcPr>
          <w:p w14:paraId="65C91B7E" w14:textId="77777777" w:rsidR="002D7542" w:rsidRPr="00AA76EF" w:rsidRDefault="00000000">
            <w:pPr>
              <w:rPr>
                <w:rFonts w:ascii="Verdana" w:hAnsi="Verdana"/>
              </w:rPr>
            </w:pPr>
            <w:r w:rsidRPr="00AA76EF">
              <w:rPr>
                <w:rFonts w:ascii="Verdana" w:hAnsi="Verdana"/>
              </w:rPr>
              <w:t>Monument Analysis</w:t>
            </w:r>
          </w:p>
        </w:tc>
        <w:tc>
          <w:tcPr>
            <w:tcW w:w="2880" w:type="dxa"/>
          </w:tcPr>
          <w:p w14:paraId="6F30B069" w14:textId="77777777" w:rsidR="002D7542" w:rsidRPr="00AA76EF" w:rsidRDefault="00000000">
            <w:pPr>
              <w:rPr>
                <w:rFonts w:ascii="Verdana" w:hAnsi="Verdana"/>
              </w:rPr>
            </w:pPr>
            <w:r w:rsidRPr="00AA76EF">
              <w:rPr>
                <w:rFonts w:ascii="Verdana" w:hAnsi="Verdana"/>
              </w:rPr>
              <w:t>25</w:t>
            </w:r>
          </w:p>
        </w:tc>
        <w:tc>
          <w:tcPr>
            <w:tcW w:w="2880" w:type="dxa"/>
          </w:tcPr>
          <w:p w14:paraId="39ECA96D" w14:textId="77777777" w:rsidR="002D7542" w:rsidRPr="00AA76EF" w:rsidRDefault="00000000">
            <w:pPr>
              <w:rPr>
                <w:rFonts w:ascii="Verdana" w:hAnsi="Verdana"/>
              </w:rPr>
            </w:pPr>
            <w:r w:rsidRPr="00AA76EF">
              <w:rPr>
                <w:rFonts w:ascii="Verdana" w:hAnsi="Verdana"/>
              </w:rPr>
              <w:t>Clear connection between the monument and its political/religious meaning.</w:t>
            </w:r>
          </w:p>
        </w:tc>
      </w:tr>
      <w:tr w:rsidR="00AA76EF" w:rsidRPr="00AA76EF" w14:paraId="01F2AE0D" w14:textId="77777777">
        <w:tc>
          <w:tcPr>
            <w:tcW w:w="2880" w:type="dxa"/>
          </w:tcPr>
          <w:p w14:paraId="12927205" w14:textId="77777777" w:rsidR="002D7542" w:rsidRPr="00AA76EF" w:rsidRDefault="00000000">
            <w:pPr>
              <w:rPr>
                <w:rFonts w:ascii="Verdana" w:hAnsi="Verdana"/>
              </w:rPr>
            </w:pPr>
            <w:r w:rsidRPr="00AA76EF">
              <w:rPr>
                <w:rFonts w:ascii="Verdana" w:hAnsi="Verdana"/>
              </w:rPr>
              <w:t>Presentation Skills</w:t>
            </w:r>
          </w:p>
        </w:tc>
        <w:tc>
          <w:tcPr>
            <w:tcW w:w="2880" w:type="dxa"/>
          </w:tcPr>
          <w:p w14:paraId="172CE96F" w14:textId="77777777" w:rsidR="002D7542" w:rsidRPr="00AA76EF" w:rsidRDefault="00000000">
            <w:pPr>
              <w:rPr>
                <w:rFonts w:ascii="Verdana" w:hAnsi="Verdana"/>
              </w:rPr>
            </w:pPr>
            <w:r w:rsidRPr="00AA76EF">
              <w:rPr>
                <w:rFonts w:ascii="Verdana" w:hAnsi="Verdana"/>
              </w:rPr>
              <w:t>20</w:t>
            </w:r>
          </w:p>
        </w:tc>
        <w:tc>
          <w:tcPr>
            <w:tcW w:w="2880" w:type="dxa"/>
          </w:tcPr>
          <w:p w14:paraId="310402F8" w14:textId="77777777" w:rsidR="002D7542" w:rsidRPr="00AA76EF" w:rsidRDefault="00000000">
            <w:pPr>
              <w:rPr>
                <w:rFonts w:ascii="Verdana" w:hAnsi="Verdana"/>
              </w:rPr>
            </w:pPr>
            <w:r w:rsidRPr="00AA76EF">
              <w:rPr>
                <w:rFonts w:ascii="Verdana" w:hAnsi="Verdana"/>
              </w:rPr>
              <w:t>Engaging, clear, and well-organized speaking component.</w:t>
            </w:r>
          </w:p>
        </w:tc>
      </w:tr>
      <w:tr w:rsidR="00AA76EF" w:rsidRPr="00AA76EF" w14:paraId="058CA5E5" w14:textId="77777777">
        <w:tc>
          <w:tcPr>
            <w:tcW w:w="2880" w:type="dxa"/>
          </w:tcPr>
          <w:p w14:paraId="560BE6EA" w14:textId="77777777" w:rsidR="002D7542" w:rsidRPr="00AA76EF" w:rsidRDefault="00000000">
            <w:pPr>
              <w:rPr>
                <w:rFonts w:ascii="Verdana" w:hAnsi="Verdana"/>
              </w:rPr>
            </w:pPr>
            <w:r w:rsidRPr="00AA76EF">
              <w:rPr>
                <w:rFonts w:ascii="Verdana" w:hAnsi="Verdana"/>
              </w:rPr>
              <w:t>Visuals (Poster/Slides)</w:t>
            </w:r>
          </w:p>
        </w:tc>
        <w:tc>
          <w:tcPr>
            <w:tcW w:w="2880" w:type="dxa"/>
          </w:tcPr>
          <w:p w14:paraId="21A66FB6" w14:textId="77777777" w:rsidR="002D7542" w:rsidRPr="00AA76EF" w:rsidRDefault="00000000">
            <w:pPr>
              <w:rPr>
                <w:rFonts w:ascii="Verdana" w:hAnsi="Verdana"/>
              </w:rPr>
            </w:pPr>
            <w:r w:rsidRPr="00AA76EF">
              <w:rPr>
                <w:rFonts w:ascii="Verdana" w:hAnsi="Verdana"/>
              </w:rPr>
              <w:t>15</w:t>
            </w:r>
          </w:p>
        </w:tc>
        <w:tc>
          <w:tcPr>
            <w:tcW w:w="2880" w:type="dxa"/>
          </w:tcPr>
          <w:p w14:paraId="0918554A" w14:textId="77777777" w:rsidR="002D7542" w:rsidRPr="00AA76EF" w:rsidRDefault="00000000">
            <w:pPr>
              <w:rPr>
                <w:rFonts w:ascii="Verdana" w:hAnsi="Verdana"/>
              </w:rPr>
            </w:pPr>
            <w:r w:rsidRPr="00AA76EF">
              <w:rPr>
                <w:rFonts w:ascii="Verdana" w:hAnsi="Verdana"/>
              </w:rPr>
              <w:t>Attractive, creative, and informative visual materials.</w:t>
            </w:r>
          </w:p>
        </w:tc>
      </w:tr>
      <w:tr w:rsidR="00AA76EF" w:rsidRPr="00AA76EF" w14:paraId="16C0CEE0" w14:textId="77777777">
        <w:tc>
          <w:tcPr>
            <w:tcW w:w="2880" w:type="dxa"/>
          </w:tcPr>
          <w:p w14:paraId="7FC4E388" w14:textId="77777777" w:rsidR="002D7542" w:rsidRPr="00AA76EF" w:rsidRDefault="00000000">
            <w:pPr>
              <w:rPr>
                <w:rFonts w:ascii="Verdana" w:hAnsi="Verdana"/>
              </w:rPr>
            </w:pPr>
            <w:r w:rsidRPr="00AA76EF">
              <w:rPr>
                <w:rFonts w:ascii="Verdana" w:hAnsi="Verdana"/>
              </w:rPr>
              <w:t>‘If We Were Pharaoh’ Creativity</w:t>
            </w:r>
          </w:p>
        </w:tc>
        <w:tc>
          <w:tcPr>
            <w:tcW w:w="2880" w:type="dxa"/>
          </w:tcPr>
          <w:p w14:paraId="3F59D217" w14:textId="77777777" w:rsidR="002D7542" w:rsidRPr="00AA76EF" w:rsidRDefault="00000000">
            <w:pPr>
              <w:rPr>
                <w:rFonts w:ascii="Verdana" w:hAnsi="Verdana"/>
              </w:rPr>
            </w:pPr>
            <w:r w:rsidRPr="00AA76EF">
              <w:rPr>
                <w:rFonts w:ascii="Verdana" w:hAnsi="Verdana"/>
              </w:rPr>
              <w:t>15</w:t>
            </w:r>
          </w:p>
        </w:tc>
        <w:tc>
          <w:tcPr>
            <w:tcW w:w="2880" w:type="dxa"/>
          </w:tcPr>
          <w:p w14:paraId="73DD9598" w14:textId="77777777" w:rsidR="002D7542" w:rsidRPr="00AA76EF" w:rsidRDefault="00000000">
            <w:pPr>
              <w:rPr>
                <w:rFonts w:ascii="Verdana" w:hAnsi="Verdana"/>
              </w:rPr>
            </w:pPr>
            <w:r w:rsidRPr="00AA76EF">
              <w:rPr>
                <w:rFonts w:ascii="Verdana" w:hAnsi="Verdana"/>
              </w:rPr>
              <w:t>Originality and thoughtful reflection on monument design.</w:t>
            </w:r>
          </w:p>
        </w:tc>
      </w:tr>
    </w:tbl>
    <w:p w14:paraId="16702480" w14:textId="6B21B00D" w:rsidR="002D7542" w:rsidRPr="00AA76EF" w:rsidRDefault="00000000">
      <w:pPr>
        <w:pStyle w:val="Heading1"/>
        <w:rPr>
          <w:rFonts w:ascii="Verdana" w:hAnsi="Verdana"/>
          <w:color w:val="auto"/>
        </w:rPr>
      </w:pPr>
      <w:r w:rsidRPr="00AA76EF">
        <w:rPr>
          <w:rFonts w:ascii="Verdana" w:hAnsi="Verdana"/>
          <w:color w:val="auto"/>
        </w:rPr>
        <w:t>Egyptian Pharaohs and Monuments Research Worksheet</w:t>
      </w:r>
    </w:p>
    <w:p w14:paraId="67350230" w14:textId="77777777" w:rsidR="002D7542" w:rsidRPr="00AA76EF" w:rsidRDefault="00000000">
      <w:pPr>
        <w:rPr>
          <w:rFonts w:ascii="Verdana" w:hAnsi="Verdana"/>
        </w:rPr>
      </w:pPr>
      <w:r w:rsidRPr="00AA76EF">
        <w:rPr>
          <w:rFonts w:ascii="Verdana" w:hAnsi="Verdana"/>
        </w:rPr>
        <w:t>Use this worksheet to guide your group’s research and organize your findings. Be sure to use credible sources and record your notes clearly. Each team member should contribute.</w:t>
      </w:r>
    </w:p>
    <w:p w14:paraId="77A1D469" w14:textId="77777777" w:rsidR="002D7542" w:rsidRPr="00AA76EF" w:rsidRDefault="00000000">
      <w:pPr>
        <w:pStyle w:val="Heading2"/>
        <w:rPr>
          <w:rFonts w:ascii="Verdana" w:hAnsi="Verdana"/>
          <w:color w:val="auto"/>
        </w:rPr>
      </w:pPr>
      <w:r w:rsidRPr="00AA76EF">
        <w:rPr>
          <w:rFonts w:ascii="Verdana" w:hAnsi="Verdana"/>
          <w:color w:val="auto"/>
        </w:rPr>
        <w:t>Group Information</w:t>
      </w:r>
    </w:p>
    <w:p w14:paraId="165EAC58" w14:textId="77777777" w:rsidR="002D7542" w:rsidRPr="00AA76EF" w:rsidRDefault="00000000">
      <w:pPr>
        <w:rPr>
          <w:rFonts w:ascii="Verdana" w:hAnsi="Verdana"/>
        </w:rPr>
      </w:pPr>
      <w:r w:rsidRPr="00AA76EF">
        <w:rPr>
          <w:rFonts w:ascii="Verdana" w:hAnsi="Verdana"/>
        </w:rPr>
        <w:t>Pharaoh: ____________________________________________</w:t>
      </w:r>
    </w:p>
    <w:p w14:paraId="49066A89" w14:textId="77777777" w:rsidR="002D7542" w:rsidRPr="00AA76EF" w:rsidRDefault="00000000">
      <w:pPr>
        <w:rPr>
          <w:rFonts w:ascii="Verdana" w:hAnsi="Verdana"/>
        </w:rPr>
      </w:pPr>
      <w:r w:rsidRPr="00AA76EF">
        <w:rPr>
          <w:rFonts w:ascii="Verdana" w:hAnsi="Verdana"/>
        </w:rPr>
        <w:t>Group Members: _______________________________________</w:t>
      </w:r>
    </w:p>
    <w:p w14:paraId="1631D6F3" w14:textId="77777777" w:rsidR="002D7542" w:rsidRPr="00AA76EF" w:rsidRDefault="00000000">
      <w:pPr>
        <w:rPr>
          <w:rFonts w:ascii="Verdana" w:hAnsi="Verdana"/>
        </w:rPr>
      </w:pPr>
      <w:r w:rsidRPr="00AA76EF">
        <w:rPr>
          <w:rFonts w:ascii="Verdana" w:hAnsi="Verdana"/>
        </w:rPr>
        <w:t>Presentation Date: ____________________________________</w:t>
      </w:r>
    </w:p>
    <w:p w14:paraId="110FDF34" w14:textId="77777777" w:rsidR="002D7542" w:rsidRPr="00AA76EF" w:rsidRDefault="00000000">
      <w:pPr>
        <w:pStyle w:val="Heading2"/>
        <w:rPr>
          <w:rFonts w:ascii="Verdana" w:hAnsi="Verdana"/>
          <w:color w:val="auto"/>
        </w:rPr>
      </w:pPr>
      <w:r w:rsidRPr="00AA76EF">
        <w:rPr>
          <w:rFonts w:ascii="Verdana" w:hAnsi="Verdana"/>
          <w:color w:val="auto"/>
        </w:rPr>
        <w:lastRenderedPageBreak/>
        <w:t>1. Pharaoh’s Biography</w:t>
      </w:r>
    </w:p>
    <w:p w14:paraId="28F286D6" w14:textId="77777777" w:rsidR="002D7542" w:rsidRPr="00AA76EF" w:rsidRDefault="00000000">
      <w:pPr>
        <w:rPr>
          <w:rFonts w:ascii="Verdana" w:hAnsi="Verdana"/>
        </w:rPr>
      </w:pPr>
      <w:r w:rsidRPr="00AA76EF">
        <w:rPr>
          <w:rFonts w:ascii="Verdana" w:hAnsi="Verdana"/>
        </w:rPr>
        <w:t>Summarize the main events of your pharaoh’s life and reign. Include dates, key achievements, and major challenges.</w:t>
      </w:r>
    </w:p>
    <w:p w14:paraId="7B2B9B60" w14:textId="259E6E7F" w:rsidR="002D7542" w:rsidRPr="00AA76EF" w:rsidRDefault="00000000">
      <w:pPr>
        <w:rPr>
          <w:rFonts w:ascii="Verdana" w:hAnsi="Verdana"/>
        </w:rPr>
      </w:pPr>
      <w:bookmarkStart w:id="0" w:name="_Hlk211585554"/>
      <w:r w:rsidRPr="00AA76EF">
        <w:rPr>
          <w:rFonts w:ascii="Verdana" w:hAnsi="Verdana"/>
        </w:rPr>
        <w:t>Notes:</w:t>
      </w:r>
      <w:r w:rsidRPr="00AA76EF">
        <w:rPr>
          <w:rFonts w:ascii="Verdana" w:hAnsi="Verdana"/>
        </w:rPr>
        <w:br/>
        <w:t>________________________________________________________________________________________</w:t>
      </w:r>
      <w:r w:rsidR="00AD430B">
        <w:rPr>
          <w:rFonts w:ascii="Verdana" w:hAnsi="Verdana"/>
        </w:rPr>
        <w:t>_____________________________________________________________________________________________</w:t>
      </w:r>
      <w:r w:rsidRPr="00AA76EF">
        <w:rPr>
          <w:rFonts w:ascii="Verdana" w:hAnsi="Verdana"/>
        </w:rPr>
        <w:t>__</w:t>
      </w:r>
      <w:bookmarkEnd w:id="0"/>
      <w:r w:rsidRPr="00AA76EF">
        <w:rPr>
          <w:rFonts w:ascii="Verdana" w:hAnsi="Verdana"/>
        </w:rPr>
        <w:br/>
      </w:r>
    </w:p>
    <w:p w14:paraId="52F4B7B2" w14:textId="77777777" w:rsidR="002D7542" w:rsidRPr="00AA76EF" w:rsidRDefault="00000000">
      <w:pPr>
        <w:pStyle w:val="Heading2"/>
        <w:rPr>
          <w:rFonts w:ascii="Verdana" w:hAnsi="Verdana"/>
          <w:color w:val="auto"/>
        </w:rPr>
      </w:pPr>
      <w:r w:rsidRPr="00AA76EF">
        <w:rPr>
          <w:rFonts w:ascii="Verdana" w:hAnsi="Verdana"/>
          <w:color w:val="auto"/>
        </w:rPr>
        <w:t>2. Sociopolitical Context</w:t>
      </w:r>
    </w:p>
    <w:p w14:paraId="11381164" w14:textId="77777777" w:rsidR="002D7542" w:rsidRPr="00AA76EF" w:rsidRDefault="00000000">
      <w:pPr>
        <w:rPr>
          <w:rFonts w:ascii="Verdana" w:hAnsi="Verdana"/>
        </w:rPr>
      </w:pPr>
      <w:r w:rsidRPr="00AA76EF">
        <w:rPr>
          <w:rFonts w:ascii="Verdana" w:hAnsi="Verdana"/>
        </w:rPr>
        <w:t>Describe the political and social situation of Egypt during this pharaoh’s reign. Were there wars, alliances, or internal reforms? How stable was Egypt?</w:t>
      </w:r>
    </w:p>
    <w:p w14:paraId="2EFFE81F" w14:textId="0ED41CEE" w:rsidR="002D7542" w:rsidRPr="00AA76EF" w:rsidRDefault="00AD430B">
      <w:pPr>
        <w:rPr>
          <w:rFonts w:ascii="Verdana" w:hAnsi="Verdana"/>
        </w:rPr>
      </w:pPr>
      <w:r w:rsidRPr="00AA76EF">
        <w:rPr>
          <w:rFonts w:ascii="Verdana" w:hAnsi="Verdana"/>
        </w:rPr>
        <w:t>Notes:</w:t>
      </w:r>
      <w:r w:rsidRPr="00AA76EF">
        <w:rPr>
          <w:rFonts w:ascii="Verdana" w:hAnsi="Verdana"/>
        </w:rPr>
        <w:br/>
        <w:t>________________________________________________________________________________________</w:t>
      </w:r>
      <w:r>
        <w:rPr>
          <w:rFonts w:ascii="Verdana" w:hAnsi="Verdana"/>
        </w:rPr>
        <w:t>_____________________________________________________________________________________________</w:t>
      </w:r>
      <w:r w:rsidRPr="00AA76EF">
        <w:rPr>
          <w:rFonts w:ascii="Verdana" w:hAnsi="Verdana"/>
        </w:rPr>
        <w:t>__</w:t>
      </w:r>
      <w:r w:rsidR="00000000" w:rsidRPr="00AA76EF">
        <w:rPr>
          <w:rFonts w:ascii="Verdana" w:hAnsi="Verdana"/>
        </w:rPr>
        <w:br/>
      </w:r>
    </w:p>
    <w:p w14:paraId="2A78A8FB" w14:textId="77777777" w:rsidR="002D7542" w:rsidRPr="00AA76EF" w:rsidRDefault="00000000">
      <w:pPr>
        <w:pStyle w:val="Heading2"/>
        <w:rPr>
          <w:rFonts w:ascii="Verdana" w:hAnsi="Verdana"/>
          <w:color w:val="auto"/>
        </w:rPr>
      </w:pPr>
      <w:r w:rsidRPr="00AA76EF">
        <w:rPr>
          <w:rFonts w:ascii="Verdana" w:hAnsi="Verdana"/>
          <w:color w:val="auto"/>
        </w:rPr>
        <w:t>3. Religious Context</w:t>
      </w:r>
    </w:p>
    <w:p w14:paraId="71F7761A" w14:textId="77777777" w:rsidR="002D7542" w:rsidRPr="00AA76EF" w:rsidRDefault="00000000">
      <w:pPr>
        <w:rPr>
          <w:rFonts w:ascii="Verdana" w:hAnsi="Verdana"/>
        </w:rPr>
      </w:pPr>
      <w:r w:rsidRPr="00AA76EF">
        <w:rPr>
          <w:rFonts w:ascii="Verdana" w:hAnsi="Verdana"/>
        </w:rPr>
        <w:t>What role did religion play during this pharaoh’s time? Which gods or cults were especially important? Did the pharaoh change or emphasize any new religious ideas?</w:t>
      </w:r>
    </w:p>
    <w:p w14:paraId="3D7ACA3E" w14:textId="7A6697B8" w:rsidR="002D7542" w:rsidRPr="00AA76EF" w:rsidRDefault="00AD430B">
      <w:pPr>
        <w:rPr>
          <w:rFonts w:ascii="Verdana" w:hAnsi="Verdana"/>
        </w:rPr>
      </w:pPr>
      <w:r w:rsidRPr="00AA76EF">
        <w:rPr>
          <w:rFonts w:ascii="Verdana" w:hAnsi="Verdana"/>
        </w:rPr>
        <w:t>Notes:</w:t>
      </w:r>
      <w:r w:rsidRPr="00AA76EF">
        <w:rPr>
          <w:rFonts w:ascii="Verdana" w:hAnsi="Verdana"/>
        </w:rPr>
        <w:br/>
        <w:t>________________________________________________________________________________________</w:t>
      </w:r>
      <w:r>
        <w:rPr>
          <w:rFonts w:ascii="Verdana" w:hAnsi="Verdana"/>
        </w:rPr>
        <w:t>_____________________________________________________________________________________________</w:t>
      </w:r>
      <w:r w:rsidRPr="00AA76EF">
        <w:rPr>
          <w:rFonts w:ascii="Verdana" w:hAnsi="Verdana"/>
        </w:rPr>
        <w:t>__</w:t>
      </w:r>
      <w:r w:rsidR="00000000" w:rsidRPr="00AA76EF">
        <w:rPr>
          <w:rFonts w:ascii="Verdana" w:hAnsi="Verdana"/>
        </w:rPr>
        <w:br/>
      </w:r>
    </w:p>
    <w:p w14:paraId="2AAD7DAC" w14:textId="77777777" w:rsidR="002D7542" w:rsidRPr="00AA76EF" w:rsidRDefault="00000000">
      <w:pPr>
        <w:pStyle w:val="Heading2"/>
        <w:rPr>
          <w:rFonts w:ascii="Verdana" w:hAnsi="Verdana"/>
          <w:color w:val="auto"/>
        </w:rPr>
      </w:pPr>
      <w:r w:rsidRPr="00AA76EF">
        <w:rPr>
          <w:rFonts w:ascii="Verdana" w:hAnsi="Verdana"/>
          <w:color w:val="auto"/>
        </w:rPr>
        <w:t>4. Monument Study</w:t>
      </w:r>
    </w:p>
    <w:p w14:paraId="5CBAFE75" w14:textId="77777777" w:rsidR="002D7542" w:rsidRPr="00AA76EF" w:rsidRDefault="00000000">
      <w:pPr>
        <w:rPr>
          <w:rFonts w:ascii="Verdana" w:hAnsi="Verdana"/>
        </w:rPr>
      </w:pPr>
      <w:r w:rsidRPr="00AA76EF">
        <w:rPr>
          <w:rFonts w:ascii="Verdana" w:hAnsi="Verdana"/>
        </w:rPr>
        <w:t>Name and describe the monument(s) associated with this pharaoh. Include its location, design, materials, purpose, and what it reveals about the pharaoh’s values or priorities.</w:t>
      </w:r>
    </w:p>
    <w:p w14:paraId="0CC0B994" w14:textId="4CD77610" w:rsidR="002D7542" w:rsidRPr="00AA76EF" w:rsidRDefault="00AD430B">
      <w:pPr>
        <w:rPr>
          <w:rFonts w:ascii="Verdana" w:hAnsi="Verdana"/>
        </w:rPr>
      </w:pPr>
      <w:r w:rsidRPr="00AA76EF">
        <w:rPr>
          <w:rFonts w:ascii="Verdana" w:hAnsi="Verdana"/>
        </w:rPr>
        <w:t>Notes:</w:t>
      </w:r>
      <w:r w:rsidRPr="00AA76EF">
        <w:rPr>
          <w:rFonts w:ascii="Verdana" w:hAnsi="Verdana"/>
        </w:rPr>
        <w:br/>
        <w:t>________________________________________________________________________________________</w:t>
      </w:r>
      <w:r>
        <w:rPr>
          <w:rFonts w:ascii="Verdana" w:hAnsi="Verdana"/>
        </w:rPr>
        <w:t>_____________________________________________________________________________________________</w:t>
      </w:r>
      <w:r w:rsidRPr="00AA76EF">
        <w:rPr>
          <w:rFonts w:ascii="Verdana" w:hAnsi="Verdana"/>
        </w:rPr>
        <w:t>__</w:t>
      </w:r>
      <w:r w:rsidR="00000000" w:rsidRPr="00AA76EF">
        <w:rPr>
          <w:rFonts w:ascii="Verdana" w:hAnsi="Verdana"/>
        </w:rPr>
        <w:br/>
      </w:r>
    </w:p>
    <w:p w14:paraId="589C2BE5" w14:textId="77777777" w:rsidR="002D7542" w:rsidRPr="00AA76EF" w:rsidRDefault="00000000">
      <w:pPr>
        <w:pStyle w:val="Heading2"/>
        <w:rPr>
          <w:rFonts w:ascii="Verdana" w:hAnsi="Verdana"/>
          <w:color w:val="auto"/>
        </w:rPr>
      </w:pPr>
      <w:r w:rsidRPr="00AA76EF">
        <w:rPr>
          <w:rFonts w:ascii="Verdana" w:hAnsi="Verdana"/>
          <w:color w:val="auto"/>
        </w:rPr>
        <w:lastRenderedPageBreak/>
        <w:t>5. Legacy</w:t>
      </w:r>
    </w:p>
    <w:p w14:paraId="7A4CD4D1" w14:textId="77777777" w:rsidR="002D7542" w:rsidRPr="00AA76EF" w:rsidRDefault="00000000">
      <w:pPr>
        <w:rPr>
          <w:rFonts w:ascii="Verdana" w:hAnsi="Verdana"/>
        </w:rPr>
      </w:pPr>
      <w:r w:rsidRPr="00AA76EF">
        <w:rPr>
          <w:rFonts w:ascii="Verdana" w:hAnsi="Verdana"/>
        </w:rPr>
        <w:t>How did this pharaoh influence Egypt after their reign ended? What do modern historians or archaeologists say about them?</w:t>
      </w:r>
    </w:p>
    <w:p w14:paraId="708D53F4" w14:textId="00D92659" w:rsidR="002D7542" w:rsidRPr="00AA76EF" w:rsidRDefault="00AD430B">
      <w:pPr>
        <w:rPr>
          <w:rFonts w:ascii="Verdana" w:hAnsi="Verdana"/>
        </w:rPr>
      </w:pPr>
      <w:r w:rsidRPr="00AA76EF">
        <w:rPr>
          <w:rFonts w:ascii="Verdana" w:hAnsi="Verdana"/>
        </w:rPr>
        <w:t>Notes:</w:t>
      </w:r>
      <w:r w:rsidRPr="00AA76EF">
        <w:rPr>
          <w:rFonts w:ascii="Verdana" w:hAnsi="Verdana"/>
        </w:rPr>
        <w:br/>
        <w:t>________________________________________________________________________________________</w:t>
      </w:r>
      <w:r>
        <w:rPr>
          <w:rFonts w:ascii="Verdana" w:hAnsi="Verdana"/>
        </w:rPr>
        <w:t>_____________________________________________________________________________________________</w:t>
      </w:r>
      <w:r w:rsidRPr="00AA76EF">
        <w:rPr>
          <w:rFonts w:ascii="Verdana" w:hAnsi="Verdana"/>
        </w:rPr>
        <w:t>__</w:t>
      </w:r>
      <w:r w:rsidR="00000000" w:rsidRPr="00AA76EF">
        <w:rPr>
          <w:rFonts w:ascii="Verdana" w:hAnsi="Verdana"/>
        </w:rPr>
        <w:br/>
      </w:r>
    </w:p>
    <w:p w14:paraId="78DAA58F" w14:textId="77777777" w:rsidR="002D7542" w:rsidRPr="00AA76EF" w:rsidRDefault="00000000">
      <w:pPr>
        <w:pStyle w:val="Heading2"/>
        <w:rPr>
          <w:rFonts w:ascii="Verdana" w:hAnsi="Verdana"/>
          <w:color w:val="auto"/>
        </w:rPr>
      </w:pPr>
      <w:r w:rsidRPr="00AA76EF">
        <w:rPr>
          <w:rFonts w:ascii="Verdana" w:hAnsi="Verdana"/>
          <w:color w:val="auto"/>
        </w:rPr>
        <w:t>6. 'If We Were Pharaoh' Reflection</w:t>
      </w:r>
    </w:p>
    <w:p w14:paraId="770E4AC5" w14:textId="77777777" w:rsidR="002D7542" w:rsidRPr="00AA76EF" w:rsidRDefault="00000000">
      <w:pPr>
        <w:rPr>
          <w:rFonts w:ascii="Verdana" w:hAnsi="Verdana"/>
        </w:rPr>
      </w:pPr>
      <w:r w:rsidRPr="00AA76EF">
        <w:rPr>
          <w:rFonts w:ascii="Verdana" w:hAnsi="Verdana"/>
        </w:rPr>
        <w:t>Imagine your group ruled ancient Egypt. What kind of monument would you build, and why? Describe its purpose, location, materials, and symbolism. You can sketch your monument below or on another page.</w:t>
      </w:r>
    </w:p>
    <w:p w14:paraId="7A575017" w14:textId="25A0D257" w:rsidR="002D7542" w:rsidRPr="00AA76EF" w:rsidRDefault="00000000">
      <w:pPr>
        <w:rPr>
          <w:rFonts w:ascii="Verdana" w:hAnsi="Verdana"/>
        </w:rPr>
      </w:pPr>
      <w:r w:rsidRPr="00AA76EF">
        <w:rPr>
          <w:rFonts w:ascii="Verdana" w:hAnsi="Verdana"/>
        </w:rPr>
        <w:t>Sketch/Notes:</w:t>
      </w:r>
      <w:r w:rsidR="00AD430B" w:rsidRPr="00AA76EF">
        <w:rPr>
          <w:rFonts w:ascii="Verdana" w:hAnsi="Verdana"/>
        </w:rPr>
        <w:br/>
        <w:t>________________________________________________________________________________________</w:t>
      </w:r>
      <w:r w:rsidR="00AD430B">
        <w:rPr>
          <w:rFonts w:ascii="Verdana" w:hAnsi="Verdana"/>
        </w:rPr>
        <w:t>_____________________________________________________________________________________________</w:t>
      </w:r>
      <w:r w:rsidR="00AD430B" w:rsidRPr="00AA76EF">
        <w:rPr>
          <w:rFonts w:ascii="Verdana" w:hAnsi="Verdana"/>
        </w:rPr>
        <w:t>__</w:t>
      </w:r>
      <w:r w:rsidRPr="00AA76EF">
        <w:rPr>
          <w:rFonts w:ascii="Verdana" w:hAnsi="Verdana"/>
        </w:rPr>
        <w:br/>
      </w:r>
    </w:p>
    <w:p w14:paraId="02A86B2F" w14:textId="77777777" w:rsidR="002D7542" w:rsidRPr="00AA76EF" w:rsidRDefault="00000000">
      <w:pPr>
        <w:pStyle w:val="Heading2"/>
        <w:rPr>
          <w:rFonts w:ascii="Verdana" w:hAnsi="Verdana"/>
          <w:color w:val="auto"/>
        </w:rPr>
      </w:pPr>
      <w:r w:rsidRPr="00AA76EF">
        <w:rPr>
          <w:rFonts w:ascii="Verdana" w:hAnsi="Verdana"/>
          <w:color w:val="auto"/>
        </w:rPr>
        <w:t>7. Sources</w:t>
      </w:r>
    </w:p>
    <w:p w14:paraId="1224A20C" w14:textId="075FD86B" w:rsidR="002D7542" w:rsidRPr="00AA76EF" w:rsidRDefault="00000000">
      <w:pPr>
        <w:rPr>
          <w:rFonts w:ascii="Verdana" w:hAnsi="Verdana"/>
        </w:rPr>
      </w:pPr>
      <w:r w:rsidRPr="00AA76EF">
        <w:rPr>
          <w:rFonts w:ascii="Verdana" w:hAnsi="Verdana"/>
        </w:rPr>
        <w:t xml:space="preserve">List at least </w:t>
      </w:r>
      <w:r w:rsidR="00AA76EF">
        <w:rPr>
          <w:rFonts w:ascii="Verdana" w:hAnsi="Verdana"/>
        </w:rPr>
        <w:t>five</w:t>
      </w:r>
      <w:r w:rsidRPr="00AA76EF">
        <w:rPr>
          <w:rFonts w:ascii="Verdana" w:hAnsi="Verdana"/>
        </w:rPr>
        <w:t xml:space="preserve"> reliable sources (books, academic websites, museum databases, etc.) that you used for your research.</w:t>
      </w:r>
    </w:p>
    <w:p w14:paraId="22697424" w14:textId="77777777" w:rsidR="002D7542" w:rsidRPr="00AA76EF" w:rsidRDefault="00000000">
      <w:pPr>
        <w:rPr>
          <w:rFonts w:ascii="Verdana" w:hAnsi="Verdana"/>
        </w:rPr>
      </w:pPr>
      <w:r w:rsidRPr="00AA76EF">
        <w:rPr>
          <w:rFonts w:ascii="Verdana" w:hAnsi="Verdana"/>
        </w:rPr>
        <w:br/>
        <w:t>1. ____________________________________________</w:t>
      </w:r>
    </w:p>
    <w:p w14:paraId="42994206" w14:textId="77777777" w:rsidR="002D7542" w:rsidRPr="00AA76EF" w:rsidRDefault="00000000">
      <w:pPr>
        <w:rPr>
          <w:rFonts w:ascii="Verdana" w:hAnsi="Verdana"/>
        </w:rPr>
      </w:pPr>
      <w:r w:rsidRPr="00AA76EF">
        <w:rPr>
          <w:rFonts w:ascii="Verdana" w:hAnsi="Verdana"/>
        </w:rPr>
        <w:t>2. ____________________________________________</w:t>
      </w:r>
    </w:p>
    <w:p w14:paraId="0C86BBD2" w14:textId="77777777" w:rsidR="002D7542" w:rsidRDefault="00000000">
      <w:pPr>
        <w:rPr>
          <w:rFonts w:ascii="Verdana" w:hAnsi="Verdana"/>
        </w:rPr>
      </w:pPr>
      <w:r w:rsidRPr="00AA76EF">
        <w:rPr>
          <w:rFonts w:ascii="Verdana" w:hAnsi="Verdana"/>
        </w:rPr>
        <w:t>3. ____________________________________________</w:t>
      </w:r>
    </w:p>
    <w:p w14:paraId="6F643265" w14:textId="7F42B2B4" w:rsidR="00AA76EF" w:rsidRDefault="00AA76EF">
      <w:pPr>
        <w:rPr>
          <w:rFonts w:ascii="Verdana" w:hAnsi="Verdana"/>
        </w:rPr>
      </w:pPr>
      <w:r>
        <w:rPr>
          <w:rFonts w:ascii="Verdana" w:hAnsi="Verdana"/>
        </w:rPr>
        <w:t>4. ____________________________________________</w:t>
      </w:r>
    </w:p>
    <w:p w14:paraId="0D8F0E18" w14:textId="4B4E3DD2" w:rsidR="00AA76EF" w:rsidRPr="00AA76EF" w:rsidRDefault="00AA76EF">
      <w:pPr>
        <w:rPr>
          <w:rFonts w:ascii="Verdana" w:hAnsi="Verdana"/>
        </w:rPr>
      </w:pPr>
      <w:r>
        <w:rPr>
          <w:rFonts w:ascii="Verdana" w:hAnsi="Verdana"/>
        </w:rPr>
        <w:t>5. _____________________________________________</w:t>
      </w:r>
    </w:p>
    <w:sectPr w:rsidR="00AA76EF" w:rsidRPr="00AA76E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46650996">
    <w:abstractNumId w:val="8"/>
  </w:num>
  <w:num w:numId="2" w16cid:durableId="1841431588">
    <w:abstractNumId w:val="6"/>
  </w:num>
  <w:num w:numId="3" w16cid:durableId="133838694">
    <w:abstractNumId w:val="5"/>
  </w:num>
  <w:num w:numId="4" w16cid:durableId="1263301849">
    <w:abstractNumId w:val="4"/>
  </w:num>
  <w:num w:numId="5" w16cid:durableId="1119841572">
    <w:abstractNumId w:val="7"/>
  </w:num>
  <w:num w:numId="6" w16cid:durableId="1637835158">
    <w:abstractNumId w:val="3"/>
  </w:num>
  <w:num w:numId="7" w16cid:durableId="303315434">
    <w:abstractNumId w:val="2"/>
  </w:num>
  <w:num w:numId="8" w16cid:durableId="650986189">
    <w:abstractNumId w:val="1"/>
  </w:num>
  <w:num w:numId="9" w16cid:durableId="509294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C5A"/>
    <w:rsid w:val="00021166"/>
    <w:rsid w:val="00034616"/>
    <w:rsid w:val="0006063C"/>
    <w:rsid w:val="0015074B"/>
    <w:rsid w:val="0029639D"/>
    <w:rsid w:val="002D7542"/>
    <w:rsid w:val="00326F90"/>
    <w:rsid w:val="003A46CC"/>
    <w:rsid w:val="00493092"/>
    <w:rsid w:val="005D7BEF"/>
    <w:rsid w:val="006B4CEE"/>
    <w:rsid w:val="00AA1D8D"/>
    <w:rsid w:val="00AA76EF"/>
    <w:rsid w:val="00AD430B"/>
    <w:rsid w:val="00B332A8"/>
    <w:rsid w:val="00B47730"/>
    <w:rsid w:val="00BD29F3"/>
    <w:rsid w:val="00BF5EF8"/>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5E60A2"/>
  <w14:defaultImageDpi w14:val="300"/>
  <w15:docId w15:val="{F1C25DFB-BCBF-4CE4-9A7A-E87E01E0E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768</Words>
  <Characters>4382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Leonidas Konstantakos</cp:lastModifiedBy>
  <cp:revision>9</cp:revision>
  <dcterms:created xsi:type="dcterms:W3CDTF">2025-10-17T13:24:00Z</dcterms:created>
  <dcterms:modified xsi:type="dcterms:W3CDTF">2025-10-17T13:34:00Z</dcterms:modified>
  <cp:category/>
</cp:coreProperties>
</file>